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15CD1" w14:textId="77777777" w:rsidR="009F0ECD" w:rsidRPr="00FB05B4" w:rsidRDefault="009F0ECD" w:rsidP="009F0ECD">
      <w:pPr>
        <w:rPr>
          <w:lang w:val="fr-FR"/>
        </w:rPr>
      </w:pPr>
      <w:bookmarkStart w:id="0" w:name="_Hlk208753519"/>
      <w:bookmarkEnd w:id="0"/>
    </w:p>
    <w:p w14:paraId="0909F84C" w14:textId="3FCB07B4" w:rsidR="009F0ECD" w:rsidRPr="00D27CB3" w:rsidRDefault="009F0ECD" w:rsidP="00980342">
      <w:pPr>
        <w:jc w:val="center"/>
        <w:rPr>
          <w:rFonts w:ascii="Arial" w:hAnsi="Arial" w:cs="Arial"/>
          <w:b/>
          <w:bCs/>
          <w:sz w:val="56"/>
          <w:szCs w:val="56"/>
          <w:u w:val="single"/>
          <w:lang w:val="fr-FR"/>
        </w:rPr>
      </w:pPr>
      <w:r w:rsidRPr="00D27CB3">
        <w:rPr>
          <w:rFonts w:ascii="Arial" w:hAnsi="Arial" w:cs="Arial"/>
          <w:b/>
          <w:bCs/>
          <w:sz w:val="56"/>
          <w:szCs w:val="56"/>
          <w:u w:val="single"/>
          <w:lang w:val="fr-FR"/>
        </w:rPr>
        <w:t xml:space="preserve">Thème 2 :  </w:t>
      </w:r>
    </w:p>
    <w:p w14:paraId="14C376FF" w14:textId="080E1F31" w:rsidR="00980342" w:rsidRPr="00D27CB3" w:rsidRDefault="00980342" w:rsidP="00980342">
      <w:pPr>
        <w:jc w:val="center"/>
        <w:rPr>
          <w:rFonts w:ascii="Arial" w:hAnsi="Arial" w:cs="Arial"/>
          <w:b/>
          <w:bCs/>
          <w:sz w:val="16"/>
          <w:szCs w:val="16"/>
          <w:u w:val="single"/>
          <w:lang w:val="fr-FR"/>
        </w:rPr>
      </w:pPr>
    </w:p>
    <w:p w14:paraId="5E872917" w14:textId="6C0897DB" w:rsidR="009F0ECD" w:rsidRPr="00D27CB3" w:rsidRDefault="009F0ECD" w:rsidP="009F0ECD">
      <w:pPr>
        <w:jc w:val="center"/>
        <w:rPr>
          <w:rFonts w:ascii="Arial" w:hAnsi="Arial" w:cs="Arial"/>
          <w:b/>
          <w:bCs/>
          <w:sz w:val="72"/>
          <w:szCs w:val="72"/>
          <w:lang w:val="fr-FR"/>
        </w:rPr>
      </w:pPr>
      <w:r w:rsidRPr="00D27CB3">
        <w:rPr>
          <w:rFonts w:ascii="Arial" w:hAnsi="Arial" w:cs="Arial"/>
          <w:b/>
          <w:bCs/>
          <w:sz w:val="72"/>
          <w:szCs w:val="72"/>
          <w:lang w:val="fr-FR"/>
        </w:rPr>
        <w:t>LE CLAN</w:t>
      </w:r>
    </w:p>
    <w:p w14:paraId="02403B04" w14:textId="40E70F24" w:rsidR="009F0ECD" w:rsidRPr="00D27CB3" w:rsidRDefault="00634156" w:rsidP="009F0ECD">
      <w:pPr>
        <w:jc w:val="center"/>
        <w:rPr>
          <w:rFonts w:ascii="Arial" w:hAnsi="Arial" w:cs="Arial"/>
          <w:b/>
          <w:bCs/>
          <w:sz w:val="44"/>
          <w:szCs w:val="44"/>
          <w:lang w:val="fr-FR"/>
        </w:rPr>
      </w:pPr>
      <w:r w:rsidRPr="00D27CB3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08576" behindDoc="1" locked="0" layoutInCell="1" allowOverlap="1" wp14:anchorId="667948D0" wp14:editId="7E042530">
            <wp:simplePos x="0" y="0"/>
            <wp:positionH relativeFrom="column">
              <wp:posOffset>363855</wp:posOffset>
            </wp:positionH>
            <wp:positionV relativeFrom="paragraph">
              <wp:posOffset>502920</wp:posOffset>
            </wp:positionV>
            <wp:extent cx="5840730" cy="3484880"/>
            <wp:effectExtent l="0" t="0" r="7620" b="1270"/>
            <wp:wrapTight wrapText="bothSides">
              <wp:wrapPolygon edited="0">
                <wp:start x="0" y="0"/>
                <wp:lineTo x="0" y="21490"/>
                <wp:lineTo x="21558" y="21490"/>
                <wp:lineTo x="21558" y="0"/>
                <wp:lineTo x="0" y="0"/>
              </wp:wrapPolygon>
            </wp:wrapTight>
            <wp:docPr id="1363780015" name="Image 2" descr="Nouvelle-Calédonie ‣ JY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uvelle-Calédonie ‣ JYB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48F63" w14:textId="58B179D3" w:rsidR="009F0ECD" w:rsidRPr="00D27CB3" w:rsidRDefault="009F0ECD" w:rsidP="009F0ECD">
      <w:pPr>
        <w:jc w:val="center"/>
        <w:rPr>
          <w:rFonts w:ascii="Arial" w:hAnsi="Arial" w:cs="Arial"/>
          <w:b/>
          <w:bCs/>
          <w:sz w:val="52"/>
          <w:szCs w:val="52"/>
          <w:lang w:val="fr-FR"/>
        </w:rPr>
      </w:pPr>
    </w:p>
    <w:p w14:paraId="7ECDB974" w14:textId="2B6A294D" w:rsidR="00980342" w:rsidRPr="00D27CB3" w:rsidRDefault="00980342" w:rsidP="009F0ECD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4BB107CB" w14:textId="13F229F7" w:rsidR="00C8329C" w:rsidRDefault="00C8329C" w:rsidP="009F0ECD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3E1AC97C" w14:textId="4EC44ECE" w:rsidR="00C8329C" w:rsidRDefault="00C8329C" w:rsidP="009F0ECD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20A839A6" w14:textId="3DA15B30" w:rsidR="00C8329C" w:rsidRDefault="00C8329C" w:rsidP="009F0ECD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694E4C82" w14:textId="579527D7" w:rsidR="00C8329C" w:rsidRDefault="00C8329C" w:rsidP="009F0ECD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73E7E080" w14:textId="1DF5CC62" w:rsidR="00C8329C" w:rsidRDefault="00C8329C" w:rsidP="009F0ECD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0AA608F9" w14:textId="77777777" w:rsidR="00C8329C" w:rsidRDefault="00C8329C" w:rsidP="009F0ECD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528A908E" w14:textId="13281D83" w:rsidR="00C8329C" w:rsidRDefault="00C8329C" w:rsidP="009F0ECD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1D9916E6" w14:textId="1EB2F5C0" w:rsidR="00C8329C" w:rsidRDefault="00980342" w:rsidP="009F0ECD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  <w:r w:rsidRPr="00D27CB3">
        <w:rPr>
          <w:rFonts w:ascii="Arial" w:hAnsi="Arial" w:cs="Arial"/>
          <w:b/>
          <w:bCs/>
          <w:sz w:val="28"/>
          <w:szCs w:val="28"/>
          <w:lang w:val="fr-FR"/>
        </w:rPr>
        <w:t xml:space="preserve">NOM : </w:t>
      </w:r>
      <w:r w:rsidR="009F0ECD" w:rsidRPr="00D27CB3">
        <w:rPr>
          <w:rFonts w:ascii="Arial" w:hAnsi="Arial" w:cs="Arial"/>
          <w:b/>
          <w:bCs/>
          <w:sz w:val="28"/>
          <w:szCs w:val="28"/>
          <w:lang w:val="fr-FR"/>
        </w:rPr>
        <w:t>………………………………</w:t>
      </w:r>
    </w:p>
    <w:p w14:paraId="1C206338" w14:textId="059DB432" w:rsidR="009F0ECD" w:rsidRPr="00D27CB3" w:rsidRDefault="00C8329C" w:rsidP="009F0ECD">
      <w:pPr>
        <w:spacing w:line="360" w:lineRule="auto"/>
        <w:rPr>
          <w:rFonts w:ascii="Arial" w:hAnsi="Arial" w:cs="Arial"/>
          <w:b/>
          <w:bCs/>
          <w:sz w:val="28"/>
          <w:szCs w:val="28"/>
          <w:lang w:val="fr-FR"/>
        </w:rPr>
      </w:pPr>
      <w:r>
        <w:rPr>
          <w:rFonts w:ascii="Arial" w:hAnsi="Arial" w:cs="Arial"/>
          <w:b/>
          <w:bCs/>
          <w:sz w:val="28"/>
          <w:szCs w:val="28"/>
          <w:lang w:val="fr-FR"/>
        </w:rPr>
        <w:t xml:space="preserve">PRENOM : </w:t>
      </w:r>
      <w:r w:rsidR="009F0ECD" w:rsidRPr="00D27CB3">
        <w:rPr>
          <w:rFonts w:ascii="Arial" w:hAnsi="Arial" w:cs="Arial"/>
          <w:b/>
          <w:bCs/>
          <w:sz w:val="28"/>
          <w:szCs w:val="28"/>
          <w:lang w:val="fr-FR"/>
        </w:rPr>
        <w:t>…………………………………………………</w:t>
      </w:r>
    </w:p>
    <w:p w14:paraId="218B2407" w14:textId="2B695845" w:rsidR="009F0ECD" w:rsidRPr="00D27CB3" w:rsidRDefault="00980342" w:rsidP="009F0ECD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D27CB3">
        <w:rPr>
          <w:rFonts w:ascii="Arial" w:hAnsi="Arial" w:cs="Arial"/>
          <w:b/>
          <w:bCs/>
          <w:sz w:val="28"/>
          <w:szCs w:val="28"/>
          <w:lang w:val="fr-FR"/>
        </w:rPr>
        <w:t xml:space="preserve">CLASSE : </w:t>
      </w:r>
      <w:r w:rsidR="009F0ECD" w:rsidRPr="00D27CB3">
        <w:rPr>
          <w:rFonts w:ascii="Arial" w:hAnsi="Arial" w:cs="Arial"/>
          <w:b/>
          <w:bCs/>
          <w:sz w:val="28"/>
          <w:szCs w:val="28"/>
          <w:lang w:val="fr-FR"/>
        </w:rPr>
        <w:t>…………………..</w:t>
      </w:r>
    </w:p>
    <w:p w14:paraId="44419E4C" w14:textId="77777777" w:rsidR="009F0ECD" w:rsidRPr="00D27CB3" w:rsidRDefault="009F0ECD" w:rsidP="009F0ECD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77AC5E5E" w14:textId="77777777" w:rsidR="009F0ECD" w:rsidRPr="00D27CB3" w:rsidRDefault="009F0ECD" w:rsidP="009F0ECD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4FDFF62C" w14:textId="0104A70B" w:rsidR="009F0ECD" w:rsidRPr="00D27CB3" w:rsidRDefault="009F0ECD" w:rsidP="001E64D7">
      <w:pPr>
        <w:spacing w:line="360" w:lineRule="auto"/>
        <w:rPr>
          <w:rFonts w:ascii="Arial" w:hAnsi="Arial" w:cs="Arial"/>
          <w:b/>
          <w:bCs/>
          <w:sz w:val="32"/>
          <w:szCs w:val="32"/>
          <w:lang w:val="fr-FR"/>
        </w:rPr>
      </w:pPr>
      <w:r w:rsidRPr="005A6E14">
        <w:rPr>
          <w:rFonts w:ascii="Arial" w:hAnsi="Arial" w:cs="Arial"/>
        </w:rPr>
        <w:lastRenderedPageBreak/>
        <w:br/>
      </w:r>
      <w:r w:rsidR="00372765" w:rsidRPr="00D27CB3">
        <w:rPr>
          <w:rFonts w:ascii="Arial" w:hAnsi="Arial" w:cs="Arial"/>
          <w:b/>
          <w:bCs/>
          <w:sz w:val="32"/>
          <w:szCs w:val="32"/>
          <w:u w:val="single"/>
          <w:lang w:val="fr-FR"/>
        </w:rPr>
        <w:t>Problématique</w:t>
      </w:r>
      <w:r w:rsidR="00372765" w:rsidRPr="00D27CB3">
        <w:rPr>
          <w:rFonts w:ascii="Arial" w:hAnsi="Arial" w:cs="Arial"/>
          <w:b/>
          <w:bCs/>
          <w:sz w:val="32"/>
          <w:szCs w:val="32"/>
          <w:lang w:val="fr-FR"/>
        </w:rPr>
        <w:t> : Quel est le rôle du clan dans la société kanak ?</w:t>
      </w:r>
    </w:p>
    <w:p w14:paraId="174563FB" w14:textId="77777777" w:rsidR="001A350F" w:rsidRPr="001A350F" w:rsidRDefault="001A350F" w:rsidP="001A350F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A350F">
        <w:rPr>
          <w:rFonts w:ascii="Arial" w:hAnsi="Arial" w:cs="Arial"/>
          <w:b/>
          <w:bCs/>
          <w:sz w:val="28"/>
          <w:szCs w:val="28"/>
          <w:u w:val="single"/>
        </w:rPr>
        <w:t>Objectifs de la séquence :</w:t>
      </w:r>
    </w:p>
    <w:p w14:paraId="5C1961CF" w14:textId="77777777" w:rsidR="001A350F" w:rsidRPr="001A350F" w:rsidRDefault="001A350F" w:rsidP="001A350F">
      <w:pPr>
        <w:rPr>
          <w:rFonts w:ascii="Arial" w:hAnsi="Arial" w:cs="Arial"/>
          <w:b/>
          <w:bCs/>
          <w:sz w:val="28"/>
          <w:szCs w:val="28"/>
        </w:rPr>
      </w:pPr>
      <w:r w:rsidRPr="001A350F">
        <w:rPr>
          <w:rFonts w:ascii="Arial" w:hAnsi="Arial" w:cs="Arial"/>
          <w:b/>
          <w:bCs/>
          <w:sz w:val="28"/>
          <w:szCs w:val="28"/>
        </w:rPr>
        <w:t>- Comprendre la place du clan et de la chefferie dans la société coutumière.</w:t>
      </w:r>
    </w:p>
    <w:p w14:paraId="54CA22EE" w14:textId="77777777" w:rsidR="001A350F" w:rsidRPr="001A350F" w:rsidRDefault="001A350F" w:rsidP="001A350F">
      <w:pPr>
        <w:rPr>
          <w:rFonts w:ascii="Arial" w:hAnsi="Arial" w:cs="Arial"/>
          <w:b/>
          <w:bCs/>
          <w:sz w:val="28"/>
          <w:szCs w:val="28"/>
        </w:rPr>
      </w:pPr>
      <w:r w:rsidRPr="001A350F">
        <w:rPr>
          <w:rFonts w:ascii="Arial" w:hAnsi="Arial" w:cs="Arial"/>
          <w:b/>
          <w:bCs/>
          <w:sz w:val="28"/>
          <w:szCs w:val="28"/>
        </w:rPr>
        <w:t>- Analyser les valeurs transmises par les rituels et les symboles.</w:t>
      </w:r>
    </w:p>
    <w:p w14:paraId="69AAF168" w14:textId="77777777" w:rsidR="001A350F" w:rsidRPr="001A350F" w:rsidRDefault="001A350F" w:rsidP="001A350F">
      <w:pPr>
        <w:rPr>
          <w:rFonts w:ascii="Arial" w:hAnsi="Arial" w:cs="Arial"/>
          <w:b/>
          <w:bCs/>
          <w:sz w:val="28"/>
          <w:szCs w:val="28"/>
        </w:rPr>
      </w:pPr>
      <w:r w:rsidRPr="001A350F">
        <w:rPr>
          <w:rFonts w:ascii="Arial" w:hAnsi="Arial" w:cs="Arial"/>
          <w:b/>
          <w:bCs/>
          <w:sz w:val="28"/>
          <w:szCs w:val="28"/>
        </w:rPr>
        <w:t>- S’exprimer à l’oral et à l’écrit à partir de supports authentiques.</w:t>
      </w:r>
    </w:p>
    <w:p w14:paraId="4693E213" w14:textId="77777777" w:rsidR="001A350F" w:rsidRDefault="001A350F" w:rsidP="001A350F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A34A227" w14:textId="25AD4045" w:rsidR="00F104E9" w:rsidRPr="00F104E9" w:rsidRDefault="00F104E9" w:rsidP="001A350F">
      <w:pPr>
        <w:rPr>
          <w:rFonts w:ascii="Arial" w:hAnsi="Arial" w:cs="Arial"/>
          <w:sz w:val="28"/>
          <w:szCs w:val="28"/>
        </w:rPr>
      </w:pPr>
      <w:r w:rsidRPr="00F104E9">
        <w:rPr>
          <w:rFonts w:ascii="Arial" w:hAnsi="Arial" w:cs="Arial"/>
          <w:sz w:val="28"/>
          <w:szCs w:val="28"/>
        </w:rPr>
        <w:t xml:space="preserve">3 séances 1 heure </w:t>
      </w:r>
    </w:p>
    <w:p w14:paraId="2084CBA5" w14:textId="342E8818" w:rsidR="00F104E9" w:rsidRPr="00F104E9" w:rsidRDefault="00F104E9" w:rsidP="001A350F">
      <w:pPr>
        <w:rPr>
          <w:rFonts w:ascii="Arial" w:hAnsi="Arial" w:cs="Arial"/>
          <w:sz w:val="28"/>
          <w:szCs w:val="28"/>
        </w:rPr>
      </w:pPr>
      <w:r w:rsidRPr="00F104E9">
        <w:rPr>
          <w:rFonts w:ascii="Arial" w:hAnsi="Arial" w:cs="Arial"/>
          <w:sz w:val="28"/>
          <w:szCs w:val="28"/>
          <w:u w:val="single"/>
        </w:rPr>
        <w:t>Travail en groupes:</w:t>
      </w:r>
      <w:r w:rsidRPr="00F104E9">
        <w:rPr>
          <w:rFonts w:ascii="Arial" w:hAnsi="Arial" w:cs="Arial"/>
          <w:sz w:val="28"/>
          <w:szCs w:val="28"/>
        </w:rPr>
        <w:t xml:space="preserve"> séance 1 et 2</w:t>
      </w:r>
    </w:p>
    <w:p w14:paraId="7ABEEE24" w14:textId="2902350A" w:rsidR="00F104E9" w:rsidRPr="00F104E9" w:rsidRDefault="00F104E9" w:rsidP="001A350F">
      <w:pPr>
        <w:rPr>
          <w:rFonts w:ascii="Arial" w:hAnsi="Arial" w:cs="Arial"/>
          <w:sz w:val="28"/>
          <w:szCs w:val="28"/>
        </w:rPr>
      </w:pPr>
      <w:r w:rsidRPr="00F104E9">
        <w:rPr>
          <w:rFonts w:ascii="Arial" w:hAnsi="Arial" w:cs="Arial"/>
          <w:sz w:val="28"/>
          <w:szCs w:val="28"/>
          <w:u w:val="single"/>
        </w:rPr>
        <w:t>Travail individuel:</w:t>
      </w:r>
      <w:r w:rsidRPr="00F104E9">
        <w:rPr>
          <w:rFonts w:ascii="Arial" w:hAnsi="Arial" w:cs="Arial"/>
          <w:sz w:val="28"/>
          <w:szCs w:val="28"/>
        </w:rPr>
        <w:t xml:space="preserve"> séance 3 </w:t>
      </w:r>
    </w:p>
    <w:p w14:paraId="63809E85" w14:textId="0013905D" w:rsidR="001E64D7" w:rsidRDefault="001A350F" w:rsidP="009F00C5">
      <w:pPr>
        <w:rPr>
          <w:rFonts w:ascii="Arial" w:hAnsi="Arial" w:cs="Arial"/>
          <w:sz w:val="24"/>
          <w:szCs w:val="24"/>
        </w:rPr>
      </w:pPr>
      <w:r w:rsidRPr="001A350F">
        <w:rPr>
          <w:rFonts w:ascii="Arial" w:hAnsi="Arial" w:cs="Arial"/>
          <w:b/>
          <w:bCs/>
          <w:sz w:val="24"/>
          <w:szCs w:val="24"/>
          <w:u w:val="single"/>
        </w:rPr>
        <w:br/>
      </w:r>
    </w:p>
    <w:p w14:paraId="0E4ACE47" w14:textId="77777777" w:rsidR="00990069" w:rsidRPr="00D27CB3" w:rsidRDefault="00990069" w:rsidP="001A350F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14:paraId="7DA5C084" w14:textId="77777777" w:rsidR="00D27CB3" w:rsidRPr="00D27CB3" w:rsidRDefault="00D27CB3" w:rsidP="00980342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762F58" w14:textId="0A6CDE10" w:rsidR="00F703A7" w:rsidRPr="001A350F" w:rsidRDefault="00F703A7" w:rsidP="001A350F">
      <w:pPr>
        <w:rPr>
          <w:rFonts w:ascii="Arial" w:hAnsi="Arial" w:cs="Arial"/>
          <w:b/>
          <w:bCs/>
          <w:sz w:val="24"/>
          <w:szCs w:val="24"/>
        </w:rPr>
      </w:pPr>
      <w:r w:rsidRPr="00D27CB3">
        <w:rPr>
          <w:rFonts w:ascii="Arial" w:hAnsi="Arial" w:cs="Arial"/>
          <w:b/>
          <w:bCs/>
          <w:sz w:val="24"/>
          <w:szCs w:val="24"/>
        </w:rPr>
        <w:t xml:space="preserve">ANTICIPATION </w:t>
      </w:r>
    </w:p>
    <w:p w14:paraId="3328A69D" w14:textId="10E67639" w:rsidR="00372765" w:rsidRPr="00D27CB3" w:rsidRDefault="006A54B4">
      <w:pPr>
        <w:rPr>
          <w:rFonts w:ascii="Arial" w:hAnsi="Arial" w:cs="Arial"/>
        </w:rPr>
      </w:pPr>
      <w:r w:rsidRPr="00D27CB3">
        <w:rPr>
          <w:rFonts w:ascii="Arial" w:hAnsi="Arial" w:cs="Arial"/>
        </w:rPr>
        <w:t xml:space="preserve">Complète </w:t>
      </w:r>
      <w:r w:rsidR="00F703A7" w:rsidRPr="00D27CB3">
        <w:rPr>
          <w:rFonts w:ascii="Arial" w:hAnsi="Arial" w:cs="Arial"/>
        </w:rPr>
        <w:t>ce mot avec un verbe, un adjectif, un nom en relation avec le mot proposé</w:t>
      </w:r>
    </w:p>
    <w:p w14:paraId="27B422C4" w14:textId="77777777" w:rsidR="00F104E9" w:rsidRDefault="00F104E9" w:rsidP="00F703A7">
      <w:pPr>
        <w:ind w:left="720" w:firstLine="720"/>
        <w:rPr>
          <w:rFonts w:ascii="Arial" w:hAnsi="Arial" w:cs="Arial"/>
          <w:b/>
          <w:bCs/>
          <w:sz w:val="28"/>
          <w:szCs w:val="28"/>
        </w:rPr>
      </w:pPr>
    </w:p>
    <w:p w14:paraId="15D8B46D" w14:textId="7827BE15" w:rsidR="00F703A7" w:rsidRPr="009F00C5" w:rsidRDefault="00F703A7" w:rsidP="00F703A7">
      <w:pPr>
        <w:ind w:left="720" w:firstLine="720"/>
        <w:rPr>
          <w:rFonts w:ascii="Arial" w:hAnsi="Arial" w:cs="Arial"/>
          <w:b/>
          <w:bCs/>
          <w:sz w:val="32"/>
          <w:szCs w:val="32"/>
        </w:rPr>
      </w:pPr>
      <w:r w:rsidRPr="009F00C5">
        <w:rPr>
          <w:rFonts w:ascii="Arial" w:hAnsi="Arial" w:cs="Arial"/>
          <w:b/>
          <w:bCs/>
          <w:sz w:val="32"/>
          <w:szCs w:val="32"/>
        </w:rPr>
        <w:t>C</w:t>
      </w:r>
    </w:p>
    <w:p w14:paraId="345CFF2E" w14:textId="691EE7B4" w:rsidR="00F703A7" w:rsidRPr="009F00C5" w:rsidRDefault="00F703A7" w:rsidP="00F703A7">
      <w:pPr>
        <w:ind w:left="720" w:firstLine="720"/>
        <w:rPr>
          <w:rFonts w:ascii="Arial" w:hAnsi="Arial" w:cs="Arial"/>
          <w:b/>
          <w:bCs/>
          <w:sz w:val="32"/>
          <w:szCs w:val="32"/>
        </w:rPr>
      </w:pPr>
      <w:r w:rsidRPr="009F00C5">
        <w:rPr>
          <w:rFonts w:ascii="Arial" w:hAnsi="Arial" w:cs="Arial"/>
          <w:b/>
          <w:bCs/>
          <w:sz w:val="32"/>
          <w:szCs w:val="32"/>
        </w:rPr>
        <w:t>L</w:t>
      </w:r>
    </w:p>
    <w:p w14:paraId="61F7DBDD" w14:textId="6EAEAD1E" w:rsidR="00F703A7" w:rsidRPr="009F00C5" w:rsidRDefault="00F703A7" w:rsidP="00F703A7">
      <w:pPr>
        <w:ind w:left="720" w:firstLine="720"/>
        <w:rPr>
          <w:rFonts w:ascii="Arial" w:hAnsi="Arial" w:cs="Arial"/>
          <w:b/>
          <w:bCs/>
          <w:sz w:val="32"/>
          <w:szCs w:val="32"/>
        </w:rPr>
      </w:pPr>
      <w:r w:rsidRPr="009F00C5">
        <w:rPr>
          <w:rFonts w:ascii="Arial" w:hAnsi="Arial" w:cs="Arial"/>
          <w:b/>
          <w:bCs/>
          <w:sz w:val="32"/>
          <w:szCs w:val="32"/>
        </w:rPr>
        <w:t>A</w:t>
      </w:r>
    </w:p>
    <w:p w14:paraId="53059BAD" w14:textId="42AC4C42" w:rsidR="00F703A7" w:rsidRPr="009F00C5" w:rsidRDefault="00F703A7" w:rsidP="00F703A7">
      <w:pPr>
        <w:ind w:left="720" w:firstLine="720"/>
        <w:rPr>
          <w:rFonts w:ascii="Arial" w:hAnsi="Arial" w:cs="Arial"/>
          <w:b/>
          <w:bCs/>
          <w:sz w:val="32"/>
          <w:szCs w:val="32"/>
        </w:rPr>
      </w:pPr>
      <w:r w:rsidRPr="009F00C5">
        <w:rPr>
          <w:rFonts w:ascii="Arial" w:hAnsi="Arial" w:cs="Arial"/>
          <w:b/>
          <w:bCs/>
          <w:sz w:val="32"/>
          <w:szCs w:val="32"/>
        </w:rPr>
        <w:t>N</w:t>
      </w:r>
    </w:p>
    <w:p w14:paraId="152694C4" w14:textId="57F85B90" w:rsidR="001E64D7" w:rsidRDefault="001E64D7">
      <w:pPr>
        <w:rPr>
          <w:rFonts w:ascii="Arial" w:hAnsi="Arial" w:cs="Arial"/>
        </w:rPr>
      </w:pPr>
    </w:p>
    <w:p w14:paraId="55944630" w14:textId="77777777" w:rsidR="009F00C5" w:rsidRDefault="009F00C5">
      <w:pPr>
        <w:rPr>
          <w:rFonts w:ascii="Arial" w:hAnsi="Arial" w:cs="Arial"/>
        </w:rPr>
      </w:pPr>
    </w:p>
    <w:p w14:paraId="5156FD2B" w14:textId="77777777" w:rsidR="009F00C5" w:rsidRDefault="009F00C5">
      <w:pPr>
        <w:rPr>
          <w:rFonts w:ascii="Arial" w:hAnsi="Arial" w:cs="Arial"/>
        </w:rPr>
      </w:pPr>
    </w:p>
    <w:p w14:paraId="1EF2FCB2" w14:textId="77777777" w:rsidR="00D27CB3" w:rsidRPr="00D27CB3" w:rsidRDefault="00D27CB3">
      <w:pPr>
        <w:rPr>
          <w:rFonts w:ascii="Arial" w:hAnsi="Arial" w:cs="Arial"/>
        </w:rPr>
      </w:pPr>
    </w:p>
    <w:p w14:paraId="0D203E1A" w14:textId="77777777" w:rsidR="00372765" w:rsidRPr="00D27CB3" w:rsidRDefault="00372765" w:rsidP="008543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16"/>
          <w:szCs w:val="16"/>
          <w:u w:val="single"/>
        </w:rPr>
      </w:pPr>
    </w:p>
    <w:p w14:paraId="4739AACE" w14:textId="2EC2D45B" w:rsidR="00372765" w:rsidRPr="00D27CB3" w:rsidRDefault="00372765" w:rsidP="003727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u w:val="single"/>
        </w:rPr>
      </w:pPr>
      <w:r w:rsidRPr="00D27CB3">
        <w:rPr>
          <w:rFonts w:ascii="Arial" w:hAnsi="Arial" w:cs="Arial"/>
          <w:u w:val="single"/>
        </w:rPr>
        <w:t>Date: ………………………………………………………………………………………………………………………..</w:t>
      </w:r>
    </w:p>
    <w:p w14:paraId="5F70972C" w14:textId="1BB28794" w:rsidR="00372765" w:rsidRPr="00D27CB3" w:rsidRDefault="00372765" w:rsidP="00D45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D27CB3">
        <w:rPr>
          <w:rFonts w:ascii="Arial" w:hAnsi="Arial" w:cs="Arial"/>
          <w:b/>
          <w:bCs/>
          <w:sz w:val="28"/>
          <w:szCs w:val="28"/>
          <w:u w:val="single"/>
        </w:rPr>
        <w:t>Le</w:t>
      </w:r>
      <w:r w:rsidR="00D4527C" w:rsidRPr="00D27CB3">
        <w:rPr>
          <w:rFonts w:ascii="Arial" w:hAnsi="Arial" w:cs="Arial"/>
          <w:b/>
          <w:bCs/>
          <w:sz w:val="28"/>
          <w:szCs w:val="28"/>
          <w:u w:val="single"/>
        </w:rPr>
        <w:t>ç</w:t>
      </w:r>
      <w:r w:rsidRPr="00D27CB3">
        <w:rPr>
          <w:rFonts w:ascii="Arial" w:hAnsi="Arial" w:cs="Arial"/>
          <w:b/>
          <w:bCs/>
          <w:sz w:val="28"/>
          <w:szCs w:val="28"/>
          <w:u w:val="single"/>
        </w:rPr>
        <w:t xml:space="preserve">on </w:t>
      </w:r>
      <w:r w:rsidR="00D4527C" w:rsidRPr="00D27CB3">
        <w:rPr>
          <w:rFonts w:ascii="Arial" w:hAnsi="Arial" w:cs="Arial"/>
          <w:b/>
          <w:bCs/>
          <w:sz w:val="28"/>
          <w:szCs w:val="28"/>
          <w:u w:val="single"/>
        </w:rPr>
        <w:t xml:space="preserve">1: </w:t>
      </w:r>
      <w:r w:rsidR="00644E47" w:rsidRPr="00D27CB3">
        <w:rPr>
          <w:rFonts w:ascii="Arial" w:hAnsi="Arial" w:cs="Arial"/>
          <w:b/>
          <w:bCs/>
          <w:sz w:val="28"/>
          <w:szCs w:val="28"/>
          <w:u w:val="single"/>
        </w:rPr>
        <w:t>L’organisation et le rôle du clan</w:t>
      </w:r>
    </w:p>
    <w:p w14:paraId="68AE43C8" w14:textId="634B9241" w:rsidR="00364048" w:rsidRPr="00D27CB3" w:rsidRDefault="00D4527C" w:rsidP="00605D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</w:rPr>
      </w:pPr>
      <w:r w:rsidRPr="00D27CB3">
        <w:rPr>
          <w:rFonts w:ascii="Arial" w:hAnsi="Arial" w:cs="Arial"/>
          <w:b/>
          <w:bCs/>
          <w:u w:val="single"/>
        </w:rPr>
        <w:t>Objectif</w:t>
      </w:r>
      <w:r w:rsidR="003E1C0F" w:rsidRPr="00D27CB3">
        <w:rPr>
          <w:rFonts w:ascii="Arial" w:hAnsi="Arial" w:cs="Arial"/>
          <w:b/>
          <w:bCs/>
          <w:u w:val="single"/>
        </w:rPr>
        <w:t xml:space="preserve">s </w:t>
      </w:r>
      <w:r w:rsidR="003E1C0F" w:rsidRPr="00D27CB3">
        <w:rPr>
          <w:rFonts w:ascii="Arial" w:hAnsi="Arial" w:cs="Arial"/>
          <w:b/>
          <w:bCs/>
        </w:rPr>
        <w:t xml:space="preserve">: </w:t>
      </w:r>
      <w:r w:rsidR="00364048" w:rsidRPr="00D27CB3">
        <w:rPr>
          <w:rFonts w:ascii="Arial" w:hAnsi="Arial" w:cs="Arial"/>
        </w:rPr>
        <w:t xml:space="preserve">. </w:t>
      </w:r>
      <w:r w:rsidR="00364048" w:rsidRPr="00D27CB3">
        <w:rPr>
          <w:rFonts w:ascii="Arial" w:hAnsi="Arial" w:cs="Arial"/>
          <w:lang w:val="fr-FR"/>
        </w:rPr>
        <w:t xml:space="preserve">Identifier les éléments fondamentaux de la culture </w:t>
      </w:r>
      <w:r w:rsidR="00980342" w:rsidRPr="00D27CB3">
        <w:rPr>
          <w:rFonts w:ascii="Arial" w:hAnsi="Arial" w:cs="Arial"/>
          <w:lang w:val="fr-FR"/>
        </w:rPr>
        <w:t>k</w:t>
      </w:r>
      <w:r w:rsidR="00364048" w:rsidRPr="00D27CB3">
        <w:rPr>
          <w:rFonts w:ascii="Arial" w:hAnsi="Arial" w:cs="Arial"/>
          <w:lang w:val="fr-FR"/>
        </w:rPr>
        <w:t xml:space="preserve">anak </w:t>
      </w:r>
    </w:p>
    <w:p w14:paraId="6AE1487E" w14:textId="3BD426DF" w:rsidR="00605D4E" w:rsidRPr="00D27CB3" w:rsidRDefault="00D27CB3" w:rsidP="00D27C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                 </w:t>
      </w:r>
      <w:r w:rsidR="00364048" w:rsidRPr="00D27CB3">
        <w:rPr>
          <w:rFonts w:ascii="Arial" w:hAnsi="Arial" w:cs="Arial"/>
          <w:lang w:val="fr-FR"/>
        </w:rPr>
        <w:t>. Comprendre le rôle du territoire et de la transmission orale dans l’organisation sociale.</w:t>
      </w:r>
    </w:p>
    <w:p w14:paraId="69DFF2D1" w14:textId="77777777" w:rsidR="00605D4E" w:rsidRDefault="00605D4E" w:rsidP="00D27C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b/>
          <w:bCs/>
          <w:u w:val="single"/>
          <w:lang w:val="fr-FR"/>
        </w:rPr>
        <w:t>Compétences :</w:t>
      </w:r>
      <w:r w:rsidRPr="00D27CB3">
        <w:rPr>
          <w:rFonts w:ascii="Arial" w:hAnsi="Arial" w:cs="Arial"/>
          <w:lang w:val="fr-FR"/>
        </w:rPr>
        <w:t xml:space="preserve"> </w:t>
      </w:r>
    </w:p>
    <w:p w14:paraId="78758ADF" w14:textId="3073AEAA" w:rsidR="00364048" w:rsidRPr="00364048" w:rsidRDefault="00605D4E" w:rsidP="00121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. Je suis capable d’e</w:t>
      </w:r>
      <w:r w:rsidR="00364048" w:rsidRPr="00364048">
        <w:rPr>
          <w:rFonts w:ascii="Arial" w:hAnsi="Arial" w:cs="Arial"/>
          <w:lang w:val="fr-FR"/>
        </w:rPr>
        <w:t xml:space="preserve">xtraire et </w:t>
      </w:r>
      <w:r w:rsidR="00121DC3">
        <w:rPr>
          <w:rFonts w:ascii="Arial" w:hAnsi="Arial" w:cs="Arial"/>
          <w:lang w:val="fr-FR"/>
        </w:rPr>
        <w:t>d’</w:t>
      </w:r>
      <w:r w:rsidR="00364048" w:rsidRPr="00364048">
        <w:rPr>
          <w:rFonts w:ascii="Arial" w:hAnsi="Arial" w:cs="Arial"/>
          <w:lang w:val="fr-FR"/>
        </w:rPr>
        <w:t>organiser des informations à partir d’un document audiovisuel</w:t>
      </w:r>
      <w:r w:rsidR="00121DC3">
        <w:rPr>
          <w:rFonts w:ascii="Arial" w:hAnsi="Arial" w:cs="Arial"/>
          <w:lang w:val="fr-FR"/>
        </w:rPr>
        <w:t xml:space="preserve"> pour c</w:t>
      </w:r>
      <w:r w:rsidR="00121DC3" w:rsidRPr="00121DC3">
        <w:rPr>
          <w:rFonts w:ascii="Arial" w:hAnsi="Arial" w:cs="Arial"/>
          <w:lang w:val="fr-FR"/>
        </w:rPr>
        <w:t>omprendre le lien à l’invisible à travers les entités et les pratiques socio- culturelles.</w:t>
      </w:r>
    </w:p>
    <w:p w14:paraId="02582901" w14:textId="77777777" w:rsidR="004D7953" w:rsidRPr="00D27CB3" w:rsidRDefault="004D7953" w:rsidP="00C72067">
      <w:pPr>
        <w:spacing w:after="0" w:line="240" w:lineRule="auto"/>
        <w:rPr>
          <w:rFonts w:ascii="Arial" w:hAnsi="Arial" w:cs="Arial"/>
          <w:b/>
          <w:bCs/>
          <w:lang w:val="fr-FR"/>
        </w:rPr>
      </w:pPr>
    </w:p>
    <w:p w14:paraId="40F29E91" w14:textId="2985B462" w:rsidR="00980342" w:rsidRDefault="004D7953" w:rsidP="00F457D6">
      <w:pPr>
        <w:spacing w:line="240" w:lineRule="auto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u w:val="single"/>
          <w:lang w:val="fr-FR"/>
        </w:rPr>
        <w:t>Support</w:t>
      </w:r>
      <w:r w:rsidRPr="00D27CB3">
        <w:rPr>
          <w:rFonts w:ascii="Arial" w:hAnsi="Arial" w:cs="Arial"/>
          <w:lang w:val="fr-FR"/>
        </w:rPr>
        <w:t xml:space="preserve"> : ‘Tout savoir sur la culture kanak’       </w:t>
      </w:r>
      <w:hyperlink r:id="rId9" w:history="1">
        <w:r w:rsidR="00D27CB3" w:rsidRPr="00F35657">
          <w:rPr>
            <w:rStyle w:val="Lienhypertexte"/>
            <w:rFonts w:ascii="Arial" w:hAnsi="Arial" w:cs="Arial"/>
            <w:lang w:val="fr-FR"/>
          </w:rPr>
          <w:t>https://www.youtube.com/watch?v=OU9HEFuRWko</w:t>
        </w:r>
      </w:hyperlink>
    </w:p>
    <w:p w14:paraId="43C92CE0" w14:textId="59DD98A7" w:rsidR="00D27CB3" w:rsidRPr="00D27CB3" w:rsidRDefault="00D27CB3" w:rsidP="00F457D6">
      <w:pPr>
        <w:spacing w:line="240" w:lineRule="auto"/>
        <w:rPr>
          <w:rFonts w:ascii="Arial" w:hAnsi="Arial" w:cs="Arial"/>
        </w:rPr>
      </w:pPr>
    </w:p>
    <w:p w14:paraId="616D7C4E" w14:textId="1B992BA3" w:rsidR="00F457D6" w:rsidRPr="00F457D6" w:rsidRDefault="000814DB" w:rsidP="006A30B8">
      <w:pPr>
        <w:spacing w:line="360" w:lineRule="auto"/>
        <w:rPr>
          <w:rFonts w:ascii="Arial" w:hAnsi="Arial" w:cs="Arial"/>
          <w:b/>
          <w:bCs/>
          <w:lang w:val="fr-FR"/>
        </w:rPr>
      </w:pPr>
      <w:r w:rsidRPr="00D27CB3">
        <w:rPr>
          <w:rFonts w:ascii="Arial" w:hAnsi="Arial" w:cs="Arial"/>
          <w:b/>
          <w:bCs/>
          <w:lang w:val="fr-FR"/>
        </w:rPr>
        <w:t xml:space="preserve">I - </w:t>
      </w:r>
      <w:r w:rsidR="00F457D6" w:rsidRPr="00F457D6">
        <w:rPr>
          <w:rFonts w:ascii="Arial" w:hAnsi="Arial" w:cs="Arial"/>
          <w:b/>
          <w:bCs/>
          <w:lang w:val="fr-FR"/>
        </w:rPr>
        <w:t>Regardez la vidéo puis répondez aux questions suivantes :</w:t>
      </w:r>
    </w:p>
    <w:p w14:paraId="4046A47D" w14:textId="03597F2E" w:rsidR="00F457D6" w:rsidRPr="00F457D6" w:rsidRDefault="003C7CAA" w:rsidP="00854315">
      <w:pPr>
        <w:numPr>
          <w:ilvl w:val="0"/>
          <w:numId w:val="20"/>
        </w:numPr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56192" behindDoc="1" locked="0" layoutInCell="1" allowOverlap="1" wp14:anchorId="72CADD6E" wp14:editId="6BDAC12A">
            <wp:simplePos x="0" y="0"/>
            <wp:positionH relativeFrom="column">
              <wp:posOffset>5472430</wp:posOffset>
            </wp:positionH>
            <wp:positionV relativeFrom="paragraph">
              <wp:posOffset>49530</wp:posOffset>
            </wp:positionV>
            <wp:extent cx="1426210" cy="3726815"/>
            <wp:effectExtent l="0" t="0" r="2540" b="6985"/>
            <wp:wrapTight wrapText="bothSides">
              <wp:wrapPolygon edited="0">
                <wp:start x="0" y="0"/>
                <wp:lineTo x="0" y="21530"/>
                <wp:lineTo x="21350" y="21530"/>
                <wp:lineTo x="21350" y="0"/>
                <wp:lineTo x="0" y="0"/>
              </wp:wrapPolygon>
            </wp:wrapTight>
            <wp:docPr id="15094942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7D6" w:rsidRPr="00F457D6">
        <w:rPr>
          <w:rFonts w:ascii="Arial" w:hAnsi="Arial" w:cs="Arial"/>
          <w:lang w:val="fr-FR"/>
        </w:rPr>
        <w:t>Qu’est-ce qui constitue le « socle de valeurs » du Kanak ?</w:t>
      </w:r>
      <w:r w:rsidR="00F457D6" w:rsidRPr="00F457D6">
        <w:rPr>
          <w:rFonts w:ascii="Arial" w:hAnsi="Arial" w:cs="Arial"/>
          <w:lang w:val="fr-FR"/>
        </w:rPr>
        <w:br/>
        <w:t>.............................................................................................................................</w:t>
      </w:r>
    </w:p>
    <w:p w14:paraId="71211551" w14:textId="77777777" w:rsidR="00F457D6" w:rsidRPr="00F457D6" w:rsidRDefault="00F457D6" w:rsidP="00854315">
      <w:pPr>
        <w:numPr>
          <w:ilvl w:val="0"/>
          <w:numId w:val="20"/>
        </w:numPr>
        <w:rPr>
          <w:rFonts w:ascii="Arial" w:hAnsi="Arial" w:cs="Arial"/>
          <w:lang w:val="fr-FR"/>
        </w:rPr>
      </w:pPr>
      <w:r w:rsidRPr="00F457D6">
        <w:rPr>
          <w:rFonts w:ascii="Arial" w:hAnsi="Arial" w:cs="Arial"/>
          <w:lang w:val="fr-FR"/>
        </w:rPr>
        <w:t>Que représente le totem dans la culture Kanak ?</w:t>
      </w:r>
      <w:r w:rsidRPr="00F457D6">
        <w:rPr>
          <w:rFonts w:ascii="Arial" w:hAnsi="Arial" w:cs="Arial"/>
          <w:lang w:val="fr-FR"/>
        </w:rPr>
        <w:br/>
        <w:t>.............................................................................................................................</w:t>
      </w:r>
    </w:p>
    <w:p w14:paraId="1D3BB053" w14:textId="440C0680" w:rsidR="00F457D6" w:rsidRPr="00F457D6" w:rsidRDefault="00F457D6" w:rsidP="00854315">
      <w:pPr>
        <w:numPr>
          <w:ilvl w:val="0"/>
          <w:numId w:val="20"/>
        </w:numPr>
        <w:rPr>
          <w:rFonts w:ascii="Arial" w:hAnsi="Arial" w:cs="Arial"/>
          <w:lang w:val="fr-FR"/>
        </w:rPr>
      </w:pPr>
      <w:r w:rsidRPr="00F457D6">
        <w:rPr>
          <w:rFonts w:ascii="Arial" w:hAnsi="Arial" w:cs="Arial"/>
          <w:lang w:val="fr-FR"/>
        </w:rPr>
        <w:t>Que signifie le mot « clan » selon la vidéo ?</w:t>
      </w:r>
      <w:r w:rsidRPr="00F457D6">
        <w:rPr>
          <w:rFonts w:ascii="Arial" w:hAnsi="Arial" w:cs="Arial"/>
          <w:lang w:val="fr-FR"/>
        </w:rPr>
        <w:br/>
        <w:t>.............................................................................................................................</w:t>
      </w:r>
      <w:r w:rsidR="00791195" w:rsidRPr="00791195">
        <w:rPr>
          <w:noProof/>
        </w:rPr>
        <w:t xml:space="preserve"> </w:t>
      </w:r>
    </w:p>
    <w:p w14:paraId="15E82936" w14:textId="77777777" w:rsidR="00F457D6" w:rsidRPr="00F457D6" w:rsidRDefault="00F457D6" w:rsidP="00854315">
      <w:pPr>
        <w:numPr>
          <w:ilvl w:val="0"/>
          <w:numId w:val="20"/>
        </w:numPr>
        <w:rPr>
          <w:rFonts w:ascii="Arial" w:hAnsi="Arial" w:cs="Arial"/>
          <w:lang w:val="fr-FR"/>
        </w:rPr>
      </w:pPr>
      <w:r w:rsidRPr="00F457D6">
        <w:rPr>
          <w:rFonts w:ascii="Arial" w:hAnsi="Arial" w:cs="Arial"/>
          <w:lang w:val="fr-FR"/>
        </w:rPr>
        <w:t>Comment la couleur est-elle perçue et utilisée dans la culture Kanak ?</w:t>
      </w:r>
      <w:r w:rsidRPr="00F457D6">
        <w:rPr>
          <w:rFonts w:ascii="Arial" w:hAnsi="Arial" w:cs="Arial"/>
          <w:lang w:val="fr-FR"/>
        </w:rPr>
        <w:br/>
        <w:t>.............................................................................................................................</w:t>
      </w:r>
    </w:p>
    <w:p w14:paraId="0681B3EB" w14:textId="77777777" w:rsidR="00F457D6" w:rsidRPr="00F457D6" w:rsidRDefault="00F457D6" w:rsidP="00854315">
      <w:pPr>
        <w:numPr>
          <w:ilvl w:val="0"/>
          <w:numId w:val="20"/>
        </w:numPr>
        <w:rPr>
          <w:rFonts w:ascii="Arial" w:hAnsi="Arial" w:cs="Arial"/>
          <w:lang w:val="fr-FR"/>
        </w:rPr>
      </w:pPr>
      <w:r w:rsidRPr="00F457D6">
        <w:rPr>
          <w:rFonts w:ascii="Arial" w:hAnsi="Arial" w:cs="Arial"/>
          <w:lang w:val="fr-FR"/>
        </w:rPr>
        <w:t>Pourquoi les oiseaux sont-ils importants dans la symbolique Kanak ?</w:t>
      </w:r>
      <w:r w:rsidRPr="00F457D6">
        <w:rPr>
          <w:rFonts w:ascii="Arial" w:hAnsi="Arial" w:cs="Arial"/>
          <w:lang w:val="fr-FR"/>
        </w:rPr>
        <w:br/>
        <w:t>.............................................................................................................................</w:t>
      </w:r>
    </w:p>
    <w:p w14:paraId="0298A025" w14:textId="77777777" w:rsidR="00F457D6" w:rsidRPr="00F457D6" w:rsidRDefault="00F457D6" w:rsidP="00854315">
      <w:pPr>
        <w:numPr>
          <w:ilvl w:val="0"/>
          <w:numId w:val="20"/>
        </w:numPr>
        <w:rPr>
          <w:rFonts w:ascii="Arial" w:hAnsi="Arial" w:cs="Arial"/>
          <w:lang w:val="fr-FR"/>
        </w:rPr>
      </w:pPr>
      <w:r w:rsidRPr="00F457D6">
        <w:rPr>
          <w:rFonts w:ascii="Arial" w:hAnsi="Arial" w:cs="Arial"/>
          <w:lang w:val="fr-FR"/>
        </w:rPr>
        <w:t>Quel rôle joue la nature dans l’agriculture du clan ?</w:t>
      </w:r>
      <w:r w:rsidRPr="00F457D6">
        <w:rPr>
          <w:rFonts w:ascii="Arial" w:hAnsi="Arial" w:cs="Arial"/>
          <w:lang w:val="fr-FR"/>
        </w:rPr>
        <w:br/>
        <w:t>.............................................................................................................................</w:t>
      </w:r>
    </w:p>
    <w:p w14:paraId="34446669" w14:textId="3D1577C5" w:rsidR="00F457D6" w:rsidRPr="00F457D6" w:rsidRDefault="00F457D6" w:rsidP="00854315">
      <w:pPr>
        <w:numPr>
          <w:ilvl w:val="0"/>
          <w:numId w:val="20"/>
        </w:numPr>
        <w:rPr>
          <w:rFonts w:ascii="Arial" w:hAnsi="Arial" w:cs="Arial"/>
          <w:lang w:val="fr-FR"/>
        </w:rPr>
      </w:pPr>
      <w:r w:rsidRPr="00F457D6">
        <w:rPr>
          <w:rFonts w:ascii="Arial" w:hAnsi="Arial" w:cs="Arial"/>
          <w:lang w:val="fr-FR"/>
        </w:rPr>
        <w:t>Que symbolise la baleine pour les membres du clan Atiti ?</w:t>
      </w:r>
      <w:r w:rsidRPr="00F457D6">
        <w:rPr>
          <w:rFonts w:ascii="Arial" w:hAnsi="Arial" w:cs="Arial"/>
          <w:lang w:val="fr-FR"/>
        </w:rPr>
        <w:br/>
        <w:t>.............................................................................................................................</w:t>
      </w:r>
    </w:p>
    <w:p w14:paraId="3F19A21D" w14:textId="77777777" w:rsidR="00F457D6" w:rsidRPr="00F457D6" w:rsidRDefault="00F457D6" w:rsidP="00854315">
      <w:pPr>
        <w:numPr>
          <w:ilvl w:val="0"/>
          <w:numId w:val="20"/>
        </w:numPr>
        <w:rPr>
          <w:rFonts w:ascii="Arial" w:hAnsi="Arial" w:cs="Arial"/>
          <w:lang w:val="fr-FR"/>
        </w:rPr>
      </w:pPr>
      <w:r w:rsidRPr="00F457D6">
        <w:rPr>
          <w:rFonts w:ascii="Arial" w:hAnsi="Arial" w:cs="Arial"/>
          <w:lang w:val="fr-FR"/>
        </w:rPr>
        <w:t>Que signifie « le monde invisible » dans le contexte des cérémonies coutumières ?</w:t>
      </w:r>
      <w:r w:rsidRPr="00F457D6">
        <w:rPr>
          <w:rFonts w:ascii="Arial" w:hAnsi="Arial" w:cs="Arial"/>
          <w:lang w:val="fr-FR"/>
        </w:rPr>
        <w:br/>
        <w:t>.............................................................................................................................</w:t>
      </w:r>
    </w:p>
    <w:p w14:paraId="53E4E339" w14:textId="1976D435" w:rsidR="004D7953" w:rsidRPr="00D27CB3" w:rsidRDefault="00F457D6" w:rsidP="00854315">
      <w:pPr>
        <w:numPr>
          <w:ilvl w:val="0"/>
          <w:numId w:val="20"/>
        </w:numPr>
        <w:rPr>
          <w:rFonts w:ascii="Arial" w:hAnsi="Arial" w:cs="Arial"/>
          <w:lang w:val="fr-FR"/>
        </w:rPr>
      </w:pPr>
      <w:r w:rsidRPr="00F457D6">
        <w:rPr>
          <w:rFonts w:ascii="Arial" w:hAnsi="Arial" w:cs="Arial"/>
          <w:lang w:val="fr-FR"/>
        </w:rPr>
        <w:t>Qu’est-ce qu’un « foncier » et pourquoi est-il important ?</w:t>
      </w:r>
      <w:r w:rsidRPr="00F457D6">
        <w:rPr>
          <w:rFonts w:ascii="Arial" w:hAnsi="Arial" w:cs="Arial"/>
          <w:lang w:val="fr-FR"/>
        </w:rPr>
        <w:br/>
        <w:t>............................................................................................................................</w:t>
      </w:r>
    </w:p>
    <w:p w14:paraId="329488D4" w14:textId="2752C24E" w:rsidR="00854315" w:rsidRDefault="002A2097" w:rsidP="00F104E9">
      <w:pPr>
        <w:jc w:val="right"/>
        <w:rPr>
          <w:rFonts w:ascii="Arial" w:hAnsi="Arial" w:cs="Arial"/>
          <w:b/>
          <w:bCs/>
          <w:sz w:val="36"/>
          <w:szCs w:val="36"/>
          <w:lang w:val="fr-FR"/>
        </w:rPr>
      </w:pPr>
      <w:r w:rsidRPr="00F104E9">
        <w:rPr>
          <w:rFonts w:ascii="Arial" w:hAnsi="Arial" w:cs="Arial"/>
          <w:b/>
          <w:bCs/>
          <w:sz w:val="36"/>
          <w:szCs w:val="36"/>
          <w:lang w:val="fr-FR"/>
        </w:rPr>
        <w:t>/10</w:t>
      </w:r>
    </w:p>
    <w:p w14:paraId="2CF4E6A8" w14:textId="77777777" w:rsidR="00213BDF" w:rsidRPr="00F104E9" w:rsidRDefault="00213BDF" w:rsidP="00F104E9">
      <w:pPr>
        <w:jc w:val="right"/>
        <w:rPr>
          <w:rFonts w:ascii="Arial" w:hAnsi="Arial" w:cs="Arial"/>
          <w:b/>
          <w:bCs/>
          <w:sz w:val="36"/>
          <w:szCs w:val="36"/>
          <w:lang w:val="fr-FR"/>
        </w:rPr>
      </w:pPr>
      <w:bookmarkStart w:id="1" w:name="_GoBack"/>
      <w:bookmarkEnd w:id="1"/>
    </w:p>
    <w:p w14:paraId="375B420E" w14:textId="1C8031C8" w:rsidR="004E7A17" w:rsidRPr="0089262D" w:rsidRDefault="00854315" w:rsidP="0089262D">
      <w:pPr>
        <w:rPr>
          <w:rFonts w:ascii="Arial" w:hAnsi="Arial" w:cs="Arial"/>
        </w:rPr>
      </w:pPr>
      <w:r w:rsidRPr="00D27CB3">
        <w:rPr>
          <w:rFonts w:ascii="Arial" w:hAnsi="Arial" w:cs="Arial"/>
          <w:b/>
          <w:bCs/>
        </w:rPr>
        <w:lastRenderedPageBreak/>
        <w:t xml:space="preserve">II - </w:t>
      </w:r>
      <w:r w:rsidR="004E7A17" w:rsidRPr="00D27CB3">
        <w:rPr>
          <w:rFonts w:ascii="Arial" w:hAnsi="Arial" w:cs="Arial"/>
          <w:b/>
          <w:bCs/>
        </w:rPr>
        <w:t>Complète le texte en remettant les mots clés appropriés :</w:t>
      </w:r>
      <w:r w:rsidR="004E7A17" w:rsidRPr="00D27CB3">
        <w:rPr>
          <w:rFonts w:ascii="Arial" w:hAnsi="Arial" w:cs="Arial"/>
        </w:rPr>
        <w:t xml:space="preserve"> </w:t>
      </w:r>
      <w:r w:rsidR="004E7A17" w:rsidRPr="0073122F">
        <w:rPr>
          <w:rFonts w:ascii="Arial" w:hAnsi="Arial" w:cs="Arial"/>
          <w:i/>
          <w:iCs/>
          <w:lang w:val="fr-FR"/>
        </w:rPr>
        <w:t>fonction / pilier / Assemblée / clan / bénéficiaire / ancêtre / lieu  / groupes / délibération / liens / familles / personnalité / mythe / nom</w:t>
      </w:r>
    </w:p>
    <w:p w14:paraId="5848AEFF" w14:textId="77777777" w:rsidR="0073122F" w:rsidRDefault="004E7A17" w:rsidP="00731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D27CB3">
        <w:rPr>
          <w:rFonts w:ascii="Arial" w:hAnsi="Arial" w:cs="Arial"/>
        </w:rPr>
        <w:br/>
        <w:t>Le ______ est une entité composée de ______, portant un ______ qui se rattache à un ______ fondateur commun et à un ______ géographique donné.</w:t>
      </w:r>
    </w:p>
    <w:p w14:paraId="190E664B" w14:textId="77777777" w:rsidR="0073122F" w:rsidRDefault="004E7A17" w:rsidP="00731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D27CB3">
        <w:rPr>
          <w:rFonts w:ascii="Arial" w:hAnsi="Arial" w:cs="Arial"/>
        </w:rPr>
        <w:br/>
        <w:t>Il se définit par rapport à un ______ originel et une ______ spécifique (pêcheur, cultivateur, guerrier, gardien…).</w:t>
      </w:r>
    </w:p>
    <w:p w14:paraId="6B8C290B" w14:textId="77777777" w:rsidR="0073122F" w:rsidRDefault="004E7A17" w:rsidP="00731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D27CB3">
        <w:rPr>
          <w:rFonts w:ascii="Arial" w:hAnsi="Arial" w:cs="Arial"/>
        </w:rPr>
        <w:br/>
        <w:t>Le clan est un ______ de l’organisation sociale kanak. Il maintient les ______ sociaux fondamentaux entre les différents ______ qui le composent.</w:t>
      </w:r>
    </w:p>
    <w:p w14:paraId="1DCC3BBE" w14:textId="77777777" w:rsidR="0073122F" w:rsidRDefault="004E7A17" w:rsidP="00731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lang w:val="fr-FR"/>
        </w:rPr>
      </w:pPr>
      <w:r w:rsidRPr="00D27CB3">
        <w:rPr>
          <w:rFonts w:ascii="Arial" w:hAnsi="Arial" w:cs="Arial"/>
        </w:rPr>
        <w:br/>
      </w:r>
      <w:r w:rsidRPr="00566C7A">
        <w:rPr>
          <w:rFonts w:ascii="Arial" w:hAnsi="Arial" w:cs="Arial"/>
          <w:lang w:val="fr-FR"/>
        </w:rPr>
        <w:t>La place du clan dans l’histoire foncière et politique de la Nouvelle-Calédonie varie selon les idéologies politiques, les obédiences religieuses et les contextes locaux.</w:t>
      </w:r>
    </w:p>
    <w:p w14:paraId="4AA56B38" w14:textId="77777777" w:rsidR="0073122F" w:rsidRDefault="004E7A17" w:rsidP="00731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lang w:val="fr-FR"/>
        </w:rPr>
      </w:pPr>
      <w:r w:rsidRPr="00D27CB3">
        <w:rPr>
          <w:rFonts w:ascii="Arial" w:hAnsi="Arial" w:cs="Arial"/>
        </w:rPr>
        <w:br/>
      </w:r>
      <w:r w:rsidRPr="00566C7A">
        <w:rPr>
          <w:rFonts w:ascii="Arial" w:hAnsi="Arial" w:cs="Arial"/>
          <w:lang w:val="fr-FR"/>
        </w:rPr>
        <w:t>Le clan est parfois au centre des attributions foncières, dans d’autre cas c’est l’entité tribale collective qui est privilégiée.</w:t>
      </w:r>
    </w:p>
    <w:p w14:paraId="4301DE8A" w14:textId="3F1CB054" w:rsidR="004E7A17" w:rsidRPr="0073122F" w:rsidRDefault="004E7A17" w:rsidP="00731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D27CB3">
        <w:rPr>
          <w:rFonts w:ascii="Arial" w:hAnsi="Arial" w:cs="Arial"/>
        </w:rPr>
        <w:br/>
        <w:t>L’______ territoriale a institué la reconnaissance d’une ______ morale au clan par la ______ n°116 du 14 mai 1980, lui permettant de devenir ______ foncier en son nom propre.</w:t>
      </w:r>
    </w:p>
    <w:p w14:paraId="4A493286" w14:textId="470F21FA" w:rsidR="00B13AC9" w:rsidRPr="00D27CB3" w:rsidRDefault="00B2015F" w:rsidP="007911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Arial" w:hAnsi="Arial" w:cs="Arial"/>
          <w:b/>
          <w:bCs/>
          <w:color w:val="00B0F0"/>
        </w:rPr>
      </w:pPr>
      <w:r w:rsidRPr="00D27CB3">
        <w:rPr>
          <w:rFonts w:ascii="Arial" w:hAnsi="Arial" w:cs="Arial"/>
          <w:b/>
          <w:bCs/>
          <w:color w:val="00B0F0"/>
          <w:u w:val="single"/>
        </w:rPr>
        <w:t>Source</w:t>
      </w:r>
      <w:r w:rsidRPr="00D27CB3">
        <w:rPr>
          <w:rFonts w:ascii="Arial" w:hAnsi="Arial" w:cs="Arial"/>
          <w:b/>
          <w:bCs/>
          <w:color w:val="00B0F0"/>
        </w:rPr>
        <w:t>: https://www.adraf.nc/</w:t>
      </w:r>
    </w:p>
    <w:p w14:paraId="689499B7" w14:textId="3BCDE010" w:rsidR="00F104E9" w:rsidRDefault="00DA2C96" w:rsidP="00D27CB3">
      <w:pPr>
        <w:rPr>
          <w:rFonts w:ascii="Arial" w:hAnsi="Arial" w:cs="Arial"/>
          <w:b/>
          <w:bCs/>
          <w:lang w:val="fr-FR"/>
        </w:rPr>
      </w:pPr>
      <w:r>
        <w:rPr>
          <w:rFonts w:ascii="Segoe UI" w:eastAsia="Times New Roman" w:hAnsi="Segoe UI" w:cs="Segoe UI"/>
          <w:noProof/>
          <w:color w:val="000000"/>
          <w:sz w:val="20"/>
          <w:szCs w:val="20"/>
          <w:lang w:val="fr-FR" w:eastAsia="fr-FR"/>
        </w:rPr>
        <w:drawing>
          <wp:anchor distT="0" distB="0" distL="114300" distR="114300" simplePos="0" relativeHeight="251666432" behindDoc="1" locked="0" layoutInCell="1" allowOverlap="1" wp14:anchorId="33349DDF" wp14:editId="06C8D91C">
            <wp:simplePos x="0" y="0"/>
            <wp:positionH relativeFrom="column">
              <wp:posOffset>5219700</wp:posOffset>
            </wp:positionH>
            <wp:positionV relativeFrom="paragraph">
              <wp:posOffset>91440</wp:posOffset>
            </wp:positionV>
            <wp:extent cx="1623060" cy="3707765"/>
            <wp:effectExtent l="0" t="0" r="0" b="6985"/>
            <wp:wrapTight wrapText="bothSides">
              <wp:wrapPolygon edited="0">
                <wp:start x="0" y="0"/>
                <wp:lineTo x="0" y="21530"/>
                <wp:lineTo x="21296" y="21530"/>
                <wp:lineTo x="21296" y="0"/>
                <wp:lineTo x="0" y="0"/>
              </wp:wrapPolygon>
            </wp:wrapTight>
            <wp:docPr id="2039473839" name="Image 2" descr="Une image contenant texte, Police, affich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73839" name="Image 2" descr="Une image contenant texte, Police, affiche, symbo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93CC4" w14:textId="06D0396C" w:rsidR="00F349C1" w:rsidRPr="0073122F" w:rsidRDefault="00D27CB3" w:rsidP="00D27CB3">
      <w:pPr>
        <w:rPr>
          <w:rFonts w:ascii="Arial" w:hAnsi="Arial" w:cs="Arial"/>
          <w:b/>
          <w:bCs/>
          <w:lang w:val="fr-FR"/>
        </w:rPr>
      </w:pPr>
      <w:r w:rsidRPr="0073122F">
        <w:rPr>
          <w:rFonts w:ascii="Arial" w:hAnsi="Arial" w:cs="Arial"/>
          <w:b/>
          <w:bCs/>
          <w:lang w:val="fr-FR"/>
        </w:rPr>
        <w:t xml:space="preserve">III- Mon identité, mon appartenance </w:t>
      </w:r>
    </w:p>
    <w:p w14:paraId="6DD37288" w14:textId="1F4882C7" w:rsidR="00F104E9" w:rsidRPr="0089262D" w:rsidRDefault="007A32D8" w:rsidP="00F104E9">
      <w:pPr>
        <w:spacing w:line="360" w:lineRule="auto"/>
        <w:rPr>
          <w:rFonts w:ascii="Bradley Hand ITC" w:hAnsi="Bradley Hand ITC" w:cs="Aptos Serif"/>
          <w:b/>
          <w:bCs/>
          <w:sz w:val="24"/>
          <w:szCs w:val="24"/>
          <w:lang w:val="fr-FR"/>
        </w:rPr>
      </w:pPr>
      <w:r w:rsidRPr="0089262D">
        <w:rPr>
          <w:rFonts w:ascii="Bradley Hand ITC" w:hAnsi="Bradley Hand ITC" w:cs="Aptos Serif"/>
          <w:b/>
          <w:bCs/>
          <w:sz w:val="24"/>
          <w:szCs w:val="24"/>
        </w:rPr>
        <w:t>La famille dans la coutume Kanak est une conception à la fois matrilinéaire et patrilinéaire. La vie est symboliquement donnée à l'enfant par l'oncle maternel. L'enfant est porté, mis au monde par sa mère puis le nom est donné par le père, sa famille et son clan.</w:t>
      </w:r>
      <w:r w:rsidR="00C72067" w:rsidRPr="0089262D">
        <w:rPr>
          <w:rFonts w:ascii="Bradley Hand ITC" w:hAnsi="Bradley Hand ITC" w:cs="Aptos Serif"/>
          <w:b/>
          <w:bCs/>
          <w:sz w:val="24"/>
          <w:szCs w:val="24"/>
        </w:rPr>
        <w:t xml:space="preserve"> Je fais partie d’une entité.</w:t>
      </w:r>
      <w:r w:rsidR="00DA2C96" w:rsidRPr="0089262D">
        <w:rPr>
          <w:rFonts w:ascii="Segoe UI" w:eastAsia="Times New Roman" w:hAnsi="Segoe UI" w:cs="Segoe UI"/>
          <w:b/>
          <w:bCs/>
          <w:noProof/>
          <w:color w:val="000000"/>
          <w:sz w:val="20"/>
          <w:szCs w:val="20"/>
          <w:lang w:val="fr-FR" w:eastAsia="fr-FR"/>
        </w:rPr>
        <w:t xml:space="preserve"> </w:t>
      </w:r>
    </w:p>
    <w:p w14:paraId="5DEFBDA6" w14:textId="4B565A23" w:rsidR="00F104E9" w:rsidRDefault="00D27CB3" w:rsidP="00D27CB3">
      <w:pPr>
        <w:pStyle w:val="Paragraphedeliste"/>
        <w:spacing w:line="360" w:lineRule="auto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 xml:space="preserve">Complète soit en français soit en langue </w:t>
      </w:r>
      <w:r w:rsidR="00DA2C96">
        <w:rPr>
          <w:rFonts w:ascii="Arial" w:hAnsi="Arial" w:cs="Arial"/>
          <w:lang w:val="fr-FR"/>
        </w:rPr>
        <w:t xml:space="preserve">     </w:t>
      </w:r>
      <w:r w:rsidR="00DA2C96" w:rsidRPr="00570CCD">
        <w:rPr>
          <w:rFonts w:ascii="Arial" w:hAnsi="Arial" w:cs="Arial"/>
          <w:i/>
          <w:iCs/>
          <w:lang w:val="fr-FR"/>
        </w:rPr>
        <w:t>cf ANNEXE 1</w:t>
      </w:r>
    </w:p>
    <w:p w14:paraId="547D903C" w14:textId="77777777" w:rsidR="00F104E9" w:rsidRPr="00F104E9" w:rsidRDefault="00F104E9" w:rsidP="00F104E9">
      <w:pPr>
        <w:pStyle w:val="Paragraphedeliste"/>
        <w:spacing w:line="240" w:lineRule="auto"/>
        <w:rPr>
          <w:rFonts w:ascii="Arial" w:hAnsi="Arial" w:cs="Arial"/>
          <w:sz w:val="16"/>
          <w:szCs w:val="16"/>
          <w:lang w:val="fr-FR"/>
        </w:rPr>
      </w:pPr>
    </w:p>
    <w:p w14:paraId="69D95A44" w14:textId="313A8BD8" w:rsidR="00791195" w:rsidRPr="00F104E9" w:rsidRDefault="00F104E9" w:rsidP="00F104E9">
      <w:pPr>
        <w:pStyle w:val="Paragraphedeliste"/>
        <w:spacing w:line="360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                       </w:t>
      </w:r>
      <w:r w:rsidR="00F457D6" w:rsidRPr="00D27CB3">
        <w:rPr>
          <w:rFonts w:ascii="Arial" w:hAnsi="Arial" w:cs="Arial"/>
          <w:lang w:val="fr-FR"/>
        </w:rPr>
        <w:t>Mon aire coutumière est ……………</w:t>
      </w:r>
    </w:p>
    <w:p w14:paraId="677F76CE" w14:textId="0442603A" w:rsidR="00F457D6" w:rsidRPr="00D27CB3" w:rsidRDefault="00F457D6" w:rsidP="00791195">
      <w:pPr>
        <w:pStyle w:val="Paragraphedeliste"/>
        <w:spacing w:line="360" w:lineRule="auto"/>
        <w:ind w:left="1440" w:firstLine="720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Mon district ………</w:t>
      </w:r>
      <w:r w:rsidR="00791195" w:rsidRPr="00D27CB3">
        <w:rPr>
          <w:rFonts w:ascii="Arial" w:hAnsi="Arial" w:cs="Arial"/>
          <w:lang w:val="fr-FR"/>
        </w:rPr>
        <w:t>………………</w:t>
      </w:r>
    </w:p>
    <w:p w14:paraId="61735289" w14:textId="16F90954" w:rsidR="00F457D6" w:rsidRPr="00D27CB3" w:rsidRDefault="00F457D6" w:rsidP="00791195">
      <w:pPr>
        <w:pStyle w:val="Paragraphedeliste"/>
        <w:spacing w:line="360" w:lineRule="auto"/>
        <w:ind w:left="1440" w:firstLine="720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Ma tribu ……..</w:t>
      </w:r>
      <w:r w:rsidR="00791195" w:rsidRPr="00D27CB3">
        <w:rPr>
          <w:rFonts w:ascii="Arial" w:hAnsi="Arial" w:cs="Arial"/>
          <w:lang w:val="fr-FR"/>
        </w:rPr>
        <w:t>………………</w:t>
      </w:r>
    </w:p>
    <w:p w14:paraId="68D48B95" w14:textId="5214B00C" w:rsidR="00F457D6" w:rsidRPr="00D27CB3" w:rsidRDefault="00F457D6" w:rsidP="00791195">
      <w:pPr>
        <w:pStyle w:val="Paragraphedeliste"/>
        <w:spacing w:line="360" w:lineRule="auto"/>
        <w:ind w:left="1440" w:firstLine="720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Ma chefferie ………..</w:t>
      </w:r>
      <w:r w:rsidR="00791195" w:rsidRPr="00D27CB3">
        <w:rPr>
          <w:rFonts w:ascii="Arial" w:hAnsi="Arial" w:cs="Arial"/>
          <w:lang w:val="fr-FR"/>
        </w:rPr>
        <w:t>………………</w:t>
      </w:r>
    </w:p>
    <w:p w14:paraId="0E169E4F" w14:textId="25B46321" w:rsidR="00D27CB3" w:rsidRPr="00D27CB3" w:rsidRDefault="00F457D6" w:rsidP="00791195">
      <w:pPr>
        <w:pStyle w:val="Paragraphedeliste"/>
        <w:spacing w:line="360" w:lineRule="auto"/>
        <w:ind w:left="1440" w:firstLine="720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Mon clan ……….</w:t>
      </w:r>
      <w:r w:rsidR="00791195" w:rsidRPr="00D27CB3">
        <w:rPr>
          <w:rFonts w:ascii="Arial" w:hAnsi="Arial" w:cs="Arial"/>
          <w:lang w:val="fr-FR"/>
        </w:rPr>
        <w:t>………………</w:t>
      </w:r>
    </w:p>
    <w:p w14:paraId="4998D839" w14:textId="01DCD38B" w:rsidR="00791195" w:rsidRPr="00990069" w:rsidRDefault="006A54B4" w:rsidP="00990069">
      <w:pPr>
        <w:pStyle w:val="Paragraphedeliste"/>
        <w:spacing w:line="360" w:lineRule="auto"/>
        <w:ind w:left="1440" w:firstLine="720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Ma famille est …….</w:t>
      </w:r>
      <w:r w:rsidR="00791195" w:rsidRPr="00D27CB3">
        <w:rPr>
          <w:rFonts w:ascii="Arial" w:hAnsi="Arial" w:cs="Arial"/>
          <w:lang w:val="fr-FR"/>
        </w:rPr>
        <w:t>………………</w:t>
      </w:r>
      <w:r w:rsidR="00570CCD">
        <w:rPr>
          <w:rFonts w:ascii="Arial" w:hAnsi="Arial" w:cs="Arial"/>
          <w:lang w:val="fr-FR"/>
        </w:rPr>
        <w:t xml:space="preserve">                       </w:t>
      </w:r>
      <w:r w:rsidR="00F104E9">
        <w:rPr>
          <w:rFonts w:ascii="Arial" w:hAnsi="Arial" w:cs="Arial"/>
          <w:lang w:val="fr-FR"/>
        </w:rPr>
        <w:t xml:space="preserve">       </w:t>
      </w:r>
    </w:p>
    <w:p w14:paraId="7BEC002C" w14:textId="0D46C13D" w:rsidR="00990069" w:rsidRDefault="000814DB" w:rsidP="009F00C5">
      <w:pPr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Je retiens ………………..</w:t>
      </w:r>
      <w:r w:rsidRPr="00F457D6">
        <w:rPr>
          <w:rFonts w:ascii="Arial" w:hAnsi="Arial" w:cs="Arial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44E0E10" w14:textId="77777777" w:rsidR="0089262D" w:rsidRPr="00D27CB3" w:rsidRDefault="0089262D" w:rsidP="009F00C5">
      <w:pPr>
        <w:rPr>
          <w:rFonts w:ascii="Arial" w:hAnsi="Arial" w:cs="Arial"/>
          <w:lang w:val="fr-FR"/>
        </w:rPr>
      </w:pPr>
    </w:p>
    <w:p w14:paraId="55DCBD21" w14:textId="77777777" w:rsidR="00990069" w:rsidRPr="00D27CB3" w:rsidRDefault="00990069" w:rsidP="00707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u w:val="single"/>
        </w:rPr>
      </w:pPr>
    </w:p>
    <w:p w14:paraId="4338354D" w14:textId="642A5373" w:rsidR="00BD4083" w:rsidRPr="00BD4083" w:rsidRDefault="00BD4083" w:rsidP="00BD40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u w:val="single"/>
        </w:rPr>
      </w:pPr>
      <w:r w:rsidRPr="00BD4083">
        <w:rPr>
          <w:rFonts w:ascii="Arial" w:hAnsi="Arial" w:cs="Arial"/>
          <w:u w:val="single"/>
        </w:rPr>
        <w:t>Date: ………………………………………………………………………………………………………………………..</w:t>
      </w:r>
    </w:p>
    <w:p w14:paraId="5E619C91" w14:textId="76F55E03" w:rsidR="00BD4083" w:rsidRPr="00BD4083" w:rsidRDefault="00BD4083" w:rsidP="007070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BD4083">
        <w:rPr>
          <w:rFonts w:ascii="Arial" w:hAnsi="Arial" w:cs="Arial"/>
          <w:b/>
          <w:bCs/>
          <w:sz w:val="28"/>
          <w:szCs w:val="28"/>
          <w:u w:val="single"/>
        </w:rPr>
        <w:t xml:space="preserve">Leçon </w:t>
      </w:r>
      <w:r w:rsidRPr="00D27CB3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Pr="00BD4083">
        <w:rPr>
          <w:rFonts w:ascii="Arial" w:hAnsi="Arial" w:cs="Arial"/>
          <w:b/>
          <w:bCs/>
          <w:sz w:val="28"/>
          <w:szCs w:val="28"/>
          <w:u w:val="single"/>
        </w:rPr>
        <w:t xml:space="preserve">: </w:t>
      </w:r>
      <w:r w:rsidRPr="00D27CB3">
        <w:rPr>
          <w:rFonts w:ascii="Arial" w:hAnsi="Arial" w:cs="Arial"/>
          <w:b/>
          <w:bCs/>
          <w:sz w:val="28"/>
          <w:szCs w:val="28"/>
          <w:u w:val="single"/>
        </w:rPr>
        <w:t xml:space="preserve"> Le</w:t>
      </w:r>
      <w:r w:rsidR="003F6D14" w:rsidRPr="00D27CB3">
        <w:rPr>
          <w:rFonts w:ascii="Arial" w:hAnsi="Arial" w:cs="Arial"/>
          <w:b/>
          <w:bCs/>
          <w:sz w:val="28"/>
          <w:szCs w:val="28"/>
          <w:u w:val="single"/>
        </w:rPr>
        <w:t xml:space="preserve"> mariage</w:t>
      </w:r>
    </w:p>
    <w:p w14:paraId="411436E8" w14:textId="77777777" w:rsidR="00554F50" w:rsidRPr="00D27CB3" w:rsidRDefault="00BD4083" w:rsidP="00B30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  <w:r w:rsidRPr="00BD4083">
        <w:rPr>
          <w:rFonts w:ascii="Arial" w:hAnsi="Arial" w:cs="Arial"/>
          <w:b/>
          <w:bCs/>
          <w:u w:val="single"/>
        </w:rPr>
        <w:t xml:space="preserve">Objectifs </w:t>
      </w:r>
      <w:r w:rsidRPr="00BD4083">
        <w:rPr>
          <w:rFonts w:ascii="Arial" w:hAnsi="Arial" w:cs="Arial"/>
          <w:b/>
          <w:bCs/>
        </w:rPr>
        <w:t xml:space="preserve">: </w:t>
      </w:r>
      <w:r w:rsidRPr="00BD4083">
        <w:rPr>
          <w:rFonts w:ascii="Arial" w:hAnsi="Arial" w:cs="Arial"/>
        </w:rPr>
        <w:t xml:space="preserve">. </w:t>
      </w:r>
      <w:r w:rsidR="00554F50" w:rsidRPr="00D27CB3">
        <w:rPr>
          <w:rFonts w:ascii="Arial" w:hAnsi="Arial" w:cs="Arial"/>
        </w:rPr>
        <w:t xml:space="preserve">- Comprendre la structure et la fonction du clan à travers des temps forts </w:t>
      </w:r>
    </w:p>
    <w:p w14:paraId="2C1B0437" w14:textId="50469680" w:rsidR="00BD4083" w:rsidRPr="00BD4083" w:rsidRDefault="00554F50" w:rsidP="00D27C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r w:rsidRPr="00D27CB3">
        <w:rPr>
          <w:rFonts w:ascii="Arial" w:hAnsi="Arial" w:cs="Arial"/>
        </w:rPr>
        <w:t xml:space="preserve"> </w:t>
      </w:r>
      <w:r w:rsidR="00D27CB3">
        <w:rPr>
          <w:rFonts w:ascii="Arial" w:hAnsi="Arial" w:cs="Arial"/>
        </w:rPr>
        <w:t xml:space="preserve">                    </w:t>
      </w:r>
      <w:r w:rsidRPr="00D27CB3">
        <w:rPr>
          <w:rFonts w:ascii="Arial" w:hAnsi="Arial" w:cs="Arial"/>
        </w:rPr>
        <w:t>- Connaître les réseaux d’alliances constitués au moyen du mariage</w:t>
      </w:r>
      <w:r w:rsidR="00BD4083" w:rsidRPr="00BD4083">
        <w:rPr>
          <w:rFonts w:ascii="Arial" w:hAnsi="Arial" w:cs="Arial"/>
          <w:lang w:val="fr-FR"/>
        </w:rPr>
        <w:t xml:space="preserve">. </w:t>
      </w:r>
    </w:p>
    <w:p w14:paraId="237D7D5C" w14:textId="77777777" w:rsidR="00BD4083" w:rsidRPr="00BD4083" w:rsidRDefault="00BD4083" w:rsidP="00D27C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lang w:val="fr-FR"/>
        </w:rPr>
      </w:pPr>
      <w:r w:rsidRPr="00BD4083">
        <w:rPr>
          <w:rFonts w:ascii="Arial" w:hAnsi="Arial" w:cs="Arial"/>
          <w:b/>
          <w:bCs/>
          <w:u w:val="single"/>
          <w:lang w:val="fr-FR"/>
        </w:rPr>
        <w:t>Compétences :</w:t>
      </w:r>
      <w:r w:rsidRPr="00BD4083">
        <w:rPr>
          <w:rFonts w:ascii="Arial" w:hAnsi="Arial" w:cs="Arial"/>
          <w:lang w:val="fr-FR"/>
        </w:rPr>
        <w:t xml:space="preserve"> </w:t>
      </w:r>
    </w:p>
    <w:p w14:paraId="203F01EC" w14:textId="48A1896E" w:rsidR="00BD4083" w:rsidRPr="00BD4083" w:rsidRDefault="0073122F" w:rsidP="00D27C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0331922A" wp14:editId="1E082799">
                <wp:simplePos x="0" y="0"/>
                <wp:positionH relativeFrom="column">
                  <wp:posOffset>5051793</wp:posOffset>
                </wp:positionH>
                <wp:positionV relativeFrom="paragraph">
                  <wp:posOffset>331240</wp:posOffset>
                </wp:positionV>
                <wp:extent cx="1863090" cy="210820"/>
                <wp:effectExtent l="0" t="0" r="3810" b="0"/>
                <wp:wrapTight wrapText="bothSides">
                  <wp:wrapPolygon edited="0">
                    <wp:start x="0" y="0"/>
                    <wp:lineTo x="0" y="19518"/>
                    <wp:lineTo x="21423" y="19518"/>
                    <wp:lineTo x="21423" y="0"/>
                    <wp:lineTo x="0" y="0"/>
                  </wp:wrapPolygon>
                </wp:wrapTight>
                <wp:docPr id="184032719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090" cy="210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EEE6B7" w14:textId="16537EF9" w:rsidR="00B305BC" w:rsidRPr="00D94F8D" w:rsidRDefault="00B305BC" w:rsidP="00B305BC">
                            <w:pPr>
                              <w:pStyle w:val="Lgende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t xml:space="preserve">Danse traditionnelle, le bua, de la trib </w:t>
                            </w:r>
                            <w:fldSimple w:instr=" SEQ Danse_traditionnelle,_le_bua,_de_la_trib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1922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97.8pt;margin-top:26.1pt;width:146.7pt;height:16.6pt;z-index:-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" stroked="f">
                <v:textbox inset="0,0,0,0">
                  <w:txbxContent>
                    <w:p w14:paraId="69EEE6B7" w14:textId="16537EF9" w:rsidR="00B305BC" w:rsidRPr="00D94F8D" w:rsidRDefault="00B305BC" w:rsidP="00B305BC">
                      <w:pPr>
                        <w:pStyle w:val="Lgende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t xml:space="preserve">Danse traditionnelle, le bua, de la trib </w:t>
                      </w:r>
                      <w:fldSimple w:instr=" SEQ Danse_traditionnelle,_le_bua,_de_la_trib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tight"/>
              </v:shape>
            </w:pict>
          </mc:Fallback>
        </mc:AlternateContent>
      </w:r>
      <w:r w:rsidR="00BD4083" w:rsidRPr="00BD4083">
        <w:rPr>
          <w:rFonts w:ascii="Arial" w:hAnsi="Arial" w:cs="Arial"/>
          <w:lang w:val="fr-FR"/>
        </w:rPr>
        <w:t>. Je suis capable</w:t>
      </w:r>
      <w:r w:rsidR="00854315" w:rsidRPr="00D27CB3">
        <w:rPr>
          <w:rFonts w:ascii="Arial" w:hAnsi="Arial" w:cs="Arial"/>
          <w:lang w:val="fr-FR"/>
        </w:rPr>
        <w:t xml:space="preserve"> de lire et comprendre un texte sur les enjeux de l’organisation sociale d’une chefferie lors d’un mariage</w:t>
      </w:r>
    </w:p>
    <w:p w14:paraId="3E175E4A" w14:textId="65E9AD3E" w:rsidR="002C03FF" w:rsidRPr="00D27CB3" w:rsidRDefault="002C03FF" w:rsidP="002C03FF">
      <w:pPr>
        <w:spacing w:after="0" w:line="240" w:lineRule="auto"/>
        <w:rPr>
          <w:rFonts w:ascii="Arial" w:hAnsi="Arial" w:cs="Arial"/>
        </w:rPr>
      </w:pPr>
    </w:p>
    <w:p w14:paraId="0BC0CA32" w14:textId="12A45DA3" w:rsidR="00B305BC" w:rsidRPr="00D27CB3" w:rsidRDefault="00C8329C" w:rsidP="0073122F">
      <w:pPr>
        <w:spacing w:after="0" w:line="360" w:lineRule="auto"/>
        <w:rPr>
          <w:rFonts w:ascii="Arial" w:hAnsi="Arial" w:cs="Arial"/>
        </w:rPr>
      </w:pPr>
      <w:r w:rsidRPr="00D27CB3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594240" behindDoc="1" locked="0" layoutInCell="1" allowOverlap="1" wp14:anchorId="6EAA3E80" wp14:editId="51241283">
            <wp:simplePos x="0" y="0"/>
            <wp:positionH relativeFrom="column">
              <wp:posOffset>5098089</wp:posOffset>
            </wp:positionH>
            <wp:positionV relativeFrom="paragraph">
              <wp:posOffset>41275</wp:posOffset>
            </wp:positionV>
            <wp:extent cx="170116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86" y="21418"/>
                <wp:lineTo x="21286" y="0"/>
                <wp:lineTo x="0" y="0"/>
              </wp:wrapPolygon>
            </wp:wrapTight>
            <wp:docPr id="11507776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C7F" w:rsidRPr="00D27CB3">
        <w:rPr>
          <w:rFonts w:ascii="Arial" w:hAnsi="Arial" w:cs="Arial"/>
        </w:rPr>
        <w:t>1. J’observe un document authentique (vidéo, texte, photo).</w:t>
      </w:r>
      <w:r w:rsidR="00A51C7F" w:rsidRPr="00D27CB3">
        <w:rPr>
          <w:rFonts w:ascii="Arial" w:hAnsi="Arial" w:cs="Arial"/>
        </w:rPr>
        <w:br/>
        <w:t xml:space="preserve">Ce que j’ai vu / lu : </w:t>
      </w:r>
      <w:r w:rsidR="00A51C7F" w:rsidRPr="00D27CB3">
        <w:rPr>
          <w:rFonts w:ascii="Segoe UI Symbol" w:hAnsi="Segoe UI Symbol" w:cs="Segoe UI Symbol"/>
        </w:rPr>
        <w:t>✍</w:t>
      </w:r>
      <w:r w:rsidR="00A51C7F" w:rsidRPr="00D27CB3">
        <w:rPr>
          <w:rFonts w:ascii="Arial" w:hAnsi="Arial" w:cs="Arial"/>
        </w:rPr>
        <w:t>️ …………………………………………………………………</w:t>
      </w:r>
    </w:p>
    <w:p w14:paraId="3932EA5E" w14:textId="65349A9E" w:rsidR="00B305BC" w:rsidRPr="00D27CB3" w:rsidRDefault="00B305BC" w:rsidP="0073122F">
      <w:pPr>
        <w:spacing w:line="360" w:lineRule="auto"/>
        <w:rPr>
          <w:rFonts w:ascii="Arial" w:hAnsi="Arial" w:cs="Arial"/>
          <w:b/>
          <w:bCs/>
          <w:lang w:val="fr-FR"/>
        </w:rPr>
      </w:pPr>
    </w:p>
    <w:p w14:paraId="685FE2DC" w14:textId="137EE57C" w:rsidR="00D27CB3" w:rsidRDefault="00B305BC" w:rsidP="00B305BC">
      <w:pPr>
        <w:spacing w:line="360" w:lineRule="auto"/>
        <w:jc w:val="both"/>
        <w:rPr>
          <w:rFonts w:ascii="Arial" w:hAnsi="Arial" w:cs="Arial"/>
          <w:lang w:val="fr-FR"/>
        </w:rPr>
      </w:pPr>
      <w:r w:rsidRPr="00B305BC">
        <w:rPr>
          <w:rFonts w:ascii="Arial" w:hAnsi="Arial" w:cs="Arial"/>
          <w:b/>
          <w:bCs/>
          <w:lang w:val="fr-FR"/>
        </w:rPr>
        <w:t>Mariage coutumier : sept choses à savoir sur ce pilier de la société kanak</w:t>
      </w:r>
      <w:r w:rsidRPr="00D27CB3">
        <w:rPr>
          <w:rFonts w:ascii="Arial" w:hAnsi="Arial" w:cs="Arial"/>
          <w:lang w:val="fr-FR"/>
        </w:rPr>
        <w:t xml:space="preserve"> </w:t>
      </w:r>
    </w:p>
    <w:p w14:paraId="550F25C2" w14:textId="0CA2479A" w:rsidR="00B305BC" w:rsidRPr="00D27CB3" w:rsidRDefault="00B305BC" w:rsidP="00B305BC">
      <w:pPr>
        <w:spacing w:line="360" w:lineRule="auto"/>
        <w:jc w:val="both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Alliance entre deux clans : Pas seulement deux individus mais deux familles / clans. Les enfants appartiennent au clan entier.</w:t>
      </w:r>
    </w:p>
    <w:p w14:paraId="412861A9" w14:textId="7BE2E52D" w:rsidR="00B305BC" w:rsidRPr="00D27CB3" w:rsidRDefault="00B305BC" w:rsidP="00B305BC">
      <w:pPr>
        <w:pStyle w:val="Listenumros"/>
        <w:spacing w:line="360" w:lineRule="auto"/>
        <w:jc w:val="both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Rôle des oncles maternels : Ce sont eux qui formulent la demande en mariage et garantissent le respect des règles coutumières.</w:t>
      </w:r>
    </w:p>
    <w:p w14:paraId="45377699" w14:textId="4487312F" w:rsidR="00B305BC" w:rsidRPr="00D27CB3" w:rsidRDefault="00B305BC" w:rsidP="00B305BC">
      <w:pPr>
        <w:pStyle w:val="Listenumros"/>
        <w:spacing w:line="360" w:lineRule="auto"/>
        <w:jc w:val="both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 xml:space="preserve"> Échanges de dons symboliques : Ignames, tissus colorés, monnaiekanak, argent. Ces dons scellent l’engagement et la réciprocité entre clans.</w:t>
      </w:r>
    </w:p>
    <w:p w14:paraId="7BCD9C20" w14:textId="7BF031AC" w:rsidR="00B305BC" w:rsidRPr="00D27CB3" w:rsidRDefault="00B305BC" w:rsidP="00B305BC">
      <w:pPr>
        <w:pStyle w:val="Listenumros"/>
        <w:spacing w:line="360" w:lineRule="auto"/>
        <w:jc w:val="both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La parole rituelle : Chaque clan a un porte-parole. La parole « fait acte » : elle engage, rappelle l’histoire et légitime l’union.</w:t>
      </w:r>
    </w:p>
    <w:p w14:paraId="19EB81F2" w14:textId="48AE8261" w:rsidR="00B305BC" w:rsidRPr="00D27CB3" w:rsidRDefault="00B305BC" w:rsidP="00B305BC">
      <w:pPr>
        <w:pStyle w:val="Listenumros"/>
        <w:spacing w:line="360" w:lineRule="auto"/>
        <w:jc w:val="both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Intégration sociale de la femme : Elle rejoint symboliquement le clan de son mari et incarne le lien entre deux groupes, assurant la continuité du clan.</w:t>
      </w:r>
    </w:p>
    <w:p w14:paraId="7AE4E060" w14:textId="0C48162B" w:rsidR="00B305BC" w:rsidRPr="00D27CB3" w:rsidRDefault="00B305BC" w:rsidP="00B305BC">
      <w:pPr>
        <w:pStyle w:val="Listenumros"/>
        <w:spacing w:line="360" w:lineRule="auto"/>
        <w:jc w:val="both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Reconnaissance juridique : Mariage reconnu pour les personnes de statut coutumier (article 75 de la Constitution). Enregistré auprès de l’état civil coutumier, impact sur</w:t>
      </w:r>
      <w:r w:rsidR="0069261F">
        <w:rPr>
          <w:rFonts w:ascii="Arial" w:hAnsi="Arial" w:cs="Arial"/>
          <w:lang w:val="fr-FR"/>
        </w:rPr>
        <w:t xml:space="preserve"> la</w:t>
      </w:r>
      <w:r w:rsidRPr="00D27CB3">
        <w:rPr>
          <w:rFonts w:ascii="Arial" w:hAnsi="Arial" w:cs="Arial"/>
          <w:lang w:val="fr-FR"/>
        </w:rPr>
        <w:t xml:space="preserve"> filiation, </w:t>
      </w:r>
      <w:r w:rsidR="0069261F">
        <w:rPr>
          <w:rFonts w:ascii="Arial" w:hAnsi="Arial" w:cs="Arial"/>
          <w:lang w:val="fr-FR"/>
        </w:rPr>
        <w:t xml:space="preserve">la </w:t>
      </w:r>
      <w:r w:rsidRPr="00D27CB3">
        <w:rPr>
          <w:rFonts w:ascii="Arial" w:hAnsi="Arial" w:cs="Arial"/>
          <w:lang w:val="fr-FR"/>
        </w:rPr>
        <w:t xml:space="preserve">succession, </w:t>
      </w:r>
      <w:r w:rsidR="0069261F">
        <w:rPr>
          <w:rFonts w:ascii="Arial" w:hAnsi="Arial" w:cs="Arial"/>
          <w:lang w:val="fr-FR"/>
        </w:rPr>
        <w:t xml:space="preserve">le </w:t>
      </w:r>
      <w:r w:rsidRPr="00D27CB3">
        <w:rPr>
          <w:rFonts w:ascii="Arial" w:hAnsi="Arial" w:cs="Arial"/>
          <w:lang w:val="fr-FR"/>
        </w:rPr>
        <w:t>foncier.</w:t>
      </w:r>
    </w:p>
    <w:p w14:paraId="3980BD4F" w14:textId="68B5E551" w:rsidR="00B305BC" w:rsidRPr="00D27CB3" w:rsidRDefault="00B305BC" w:rsidP="00B305BC">
      <w:pPr>
        <w:pStyle w:val="Listenumros"/>
        <w:spacing w:line="360" w:lineRule="auto"/>
        <w:jc w:val="both"/>
        <w:rPr>
          <w:rFonts w:ascii="Arial" w:hAnsi="Arial" w:cs="Arial"/>
        </w:rPr>
      </w:pPr>
      <w:r w:rsidRPr="00D27CB3">
        <w:rPr>
          <w:rFonts w:ascii="Arial" w:hAnsi="Arial" w:cs="Arial"/>
          <w:lang w:val="fr-FR"/>
        </w:rPr>
        <w:t>Réformes récentes : Certaines chefferies limitent les dépenses pour des cérémonies plus sobres mais significatives</w:t>
      </w:r>
      <w:r w:rsidRPr="00D27CB3">
        <w:rPr>
          <w:rFonts w:ascii="Arial" w:hAnsi="Arial" w:cs="Arial"/>
        </w:rPr>
        <w:t>.</w:t>
      </w:r>
    </w:p>
    <w:p w14:paraId="701B7F06" w14:textId="21FA2AD9" w:rsidR="00B305BC" w:rsidRPr="00DA2C96" w:rsidRDefault="00B305BC" w:rsidP="007070B5">
      <w:pPr>
        <w:spacing w:line="360" w:lineRule="auto"/>
        <w:jc w:val="right"/>
        <w:rPr>
          <w:rFonts w:ascii="Arial" w:hAnsi="Arial" w:cs="Arial"/>
          <w:sz w:val="20"/>
          <w:szCs w:val="20"/>
          <w:lang w:val="fr-FR"/>
        </w:rPr>
      </w:pPr>
      <w:r w:rsidRPr="00DA2C96">
        <w:rPr>
          <w:rFonts w:ascii="Arial" w:hAnsi="Arial" w:cs="Arial"/>
          <w:sz w:val="20"/>
          <w:szCs w:val="20"/>
        </w:rPr>
        <w:t>Adapté NC</w:t>
      </w:r>
      <w:r w:rsidR="007070B5" w:rsidRPr="00DA2C96">
        <w:rPr>
          <w:rFonts w:ascii="Arial" w:hAnsi="Arial" w:cs="Arial"/>
          <w:sz w:val="20"/>
          <w:szCs w:val="20"/>
        </w:rPr>
        <w:t xml:space="preserve"> la </w:t>
      </w:r>
      <w:r w:rsidRPr="00DA2C96">
        <w:rPr>
          <w:rFonts w:ascii="Arial" w:hAnsi="Arial" w:cs="Arial"/>
          <w:sz w:val="20"/>
          <w:szCs w:val="20"/>
        </w:rPr>
        <w:t xml:space="preserve">1ère </w:t>
      </w:r>
      <w:r w:rsidRPr="00DA2C96">
        <w:rPr>
          <w:rFonts w:ascii="Arial" w:hAnsi="Arial" w:cs="Arial"/>
          <w:b/>
          <w:bCs/>
          <w:i/>
          <w:iCs/>
          <w:sz w:val="20"/>
          <w:szCs w:val="20"/>
          <w:u w:val="single"/>
          <w:lang w:val="fr-FR"/>
        </w:rPr>
        <w:t>Mariage coutumier : sept choses à savoir sur ce pilier de la société kanak</w:t>
      </w:r>
      <w:r w:rsidRPr="00DA2C96">
        <w:rPr>
          <w:rFonts w:ascii="Arial" w:hAnsi="Arial" w:cs="Arial"/>
          <w:sz w:val="20"/>
          <w:szCs w:val="20"/>
          <w:lang w:val="fr-FR"/>
        </w:rPr>
        <w:t>, 16 juin 2025</w:t>
      </w:r>
    </w:p>
    <w:p w14:paraId="0F0CC483" w14:textId="644F7AD0" w:rsidR="00E972D9" w:rsidRPr="00E972D9" w:rsidRDefault="00E972D9" w:rsidP="00E972D9">
      <w:pPr>
        <w:spacing w:line="360" w:lineRule="auto"/>
        <w:jc w:val="center"/>
        <w:rPr>
          <w:rFonts w:ascii="Arial" w:hAnsi="Arial" w:cs="Arial"/>
          <w:i/>
          <w:iCs/>
          <w:sz w:val="18"/>
          <w:szCs w:val="18"/>
          <w:lang w:val="fr-FR"/>
        </w:rPr>
      </w:pPr>
    </w:p>
    <w:p w14:paraId="73DE4935" w14:textId="77777777" w:rsidR="00C8329C" w:rsidRPr="00B305BC" w:rsidRDefault="00C8329C" w:rsidP="007070B5">
      <w:pPr>
        <w:spacing w:line="360" w:lineRule="auto"/>
        <w:jc w:val="right"/>
        <w:rPr>
          <w:rFonts w:ascii="Arial" w:hAnsi="Arial" w:cs="Arial"/>
          <w:lang w:val="fr-FR"/>
        </w:rPr>
      </w:pPr>
    </w:p>
    <w:p w14:paraId="74568321" w14:textId="38C44AE8" w:rsidR="00B305BC" w:rsidRPr="00D27CB3" w:rsidRDefault="00B305BC" w:rsidP="00B305BC">
      <w:pPr>
        <w:pStyle w:val="Listenumros"/>
        <w:numPr>
          <w:ilvl w:val="0"/>
          <w:numId w:val="0"/>
        </w:numPr>
        <w:ind w:left="360"/>
        <w:rPr>
          <w:rFonts w:ascii="Arial" w:hAnsi="Arial" w:cs="Arial"/>
        </w:rPr>
      </w:pPr>
    </w:p>
    <w:p w14:paraId="1E7B342A" w14:textId="3B1CBB1D" w:rsidR="003F6D14" w:rsidRPr="00D27CB3" w:rsidRDefault="003F6D14" w:rsidP="00B305BC">
      <w:pPr>
        <w:pStyle w:val="Listenumros"/>
        <w:numPr>
          <w:ilvl w:val="0"/>
          <w:numId w:val="0"/>
        </w:numPr>
        <w:ind w:left="360"/>
        <w:rPr>
          <w:rFonts w:ascii="Arial" w:hAnsi="Arial" w:cs="Arial"/>
        </w:rPr>
      </w:pPr>
    </w:p>
    <w:p w14:paraId="7360B07C" w14:textId="77777777" w:rsidR="00E972D9" w:rsidRDefault="00E972D9" w:rsidP="00C8329C">
      <w:pPr>
        <w:pStyle w:val="Titre1"/>
        <w:jc w:val="center"/>
        <w:rPr>
          <w:rFonts w:ascii="Arial" w:hAnsi="Arial" w:cs="Arial"/>
          <w:color w:val="auto"/>
        </w:rPr>
      </w:pPr>
    </w:p>
    <w:p w14:paraId="1AEB520C" w14:textId="08AC98B4" w:rsidR="00B305BC" w:rsidRPr="00C8329C" w:rsidRDefault="00B305BC" w:rsidP="00C8329C">
      <w:pPr>
        <w:pStyle w:val="Titre1"/>
        <w:jc w:val="center"/>
        <w:rPr>
          <w:rFonts w:ascii="Arial" w:hAnsi="Arial" w:cs="Arial"/>
          <w:color w:val="auto"/>
        </w:rPr>
      </w:pPr>
      <w:r w:rsidRPr="00E972D9">
        <w:rPr>
          <w:rFonts w:ascii="Arial" w:hAnsi="Arial" w:cs="Arial"/>
          <w:color w:val="auto"/>
        </w:rPr>
        <w:t>Exercices</w:t>
      </w:r>
      <w:r w:rsidR="00E972D9">
        <w:rPr>
          <w:rFonts w:ascii="Arial" w:hAnsi="Arial" w:cs="Arial"/>
          <w:color w:val="auto"/>
        </w:rPr>
        <w:t xml:space="preserve"> de </w:t>
      </w:r>
      <w:r w:rsidR="002A2097">
        <w:rPr>
          <w:rFonts w:ascii="Arial" w:hAnsi="Arial" w:cs="Arial"/>
          <w:color w:val="auto"/>
        </w:rPr>
        <w:t>comprehension     /10</w:t>
      </w:r>
    </w:p>
    <w:p w14:paraId="50B761BD" w14:textId="4D397688" w:rsidR="00B305BC" w:rsidRPr="00E972D9" w:rsidRDefault="00B305BC" w:rsidP="00C8329C">
      <w:pPr>
        <w:pStyle w:val="Titre2"/>
        <w:spacing w:line="480" w:lineRule="auto"/>
        <w:rPr>
          <w:rFonts w:ascii="Arial" w:hAnsi="Arial" w:cs="Arial"/>
          <w:color w:val="auto"/>
          <w:sz w:val="24"/>
          <w:szCs w:val="24"/>
        </w:rPr>
      </w:pPr>
      <w:r w:rsidRPr="00E972D9">
        <w:rPr>
          <w:rFonts w:ascii="Arial" w:hAnsi="Arial" w:cs="Arial"/>
          <w:color w:val="auto"/>
          <w:sz w:val="24"/>
          <w:szCs w:val="24"/>
        </w:rPr>
        <w:t>I. QCM</w:t>
      </w:r>
    </w:p>
    <w:p w14:paraId="775B2035" w14:textId="77777777" w:rsidR="00C8329C" w:rsidRDefault="00B305BC" w:rsidP="00C8329C">
      <w:pPr>
        <w:spacing w:line="480" w:lineRule="auto"/>
        <w:rPr>
          <w:rFonts w:ascii="Arial" w:hAnsi="Arial" w:cs="Arial"/>
        </w:rPr>
      </w:pPr>
      <w:r w:rsidRPr="00C8329C">
        <w:rPr>
          <w:rFonts w:ascii="Arial" w:hAnsi="Arial" w:cs="Arial"/>
        </w:rPr>
        <w:t xml:space="preserve">1. Le mariage coutumier unit : </w:t>
      </w:r>
    </w:p>
    <w:p w14:paraId="262D5F29" w14:textId="4183C64C" w:rsidR="00B305BC" w:rsidRPr="00C8329C" w:rsidRDefault="00B305BC" w:rsidP="00C8329C">
      <w:pPr>
        <w:spacing w:line="360" w:lineRule="auto"/>
        <w:rPr>
          <w:rFonts w:ascii="Arial" w:hAnsi="Arial" w:cs="Arial"/>
        </w:rPr>
      </w:pP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Deux individus </w:t>
      </w: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Deux clans </w:t>
      </w: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Une famille et une chefferie</w:t>
      </w:r>
    </w:p>
    <w:p w14:paraId="1A0EB6B4" w14:textId="77777777" w:rsidR="00C8329C" w:rsidRDefault="00B305BC" w:rsidP="00B305BC">
      <w:pPr>
        <w:rPr>
          <w:rFonts w:ascii="Arial" w:hAnsi="Arial" w:cs="Arial"/>
        </w:rPr>
      </w:pPr>
      <w:r w:rsidRPr="00C8329C">
        <w:rPr>
          <w:rFonts w:ascii="Arial" w:hAnsi="Arial" w:cs="Arial"/>
        </w:rPr>
        <w:t xml:space="preserve">2. Qui est chargé de demander officiellement le mariage ? </w:t>
      </w:r>
    </w:p>
    <w:p w14:paraId="35A87705" w14:textId="31AB775B" w:rsidR="00B305BC" w:rsidRPr="00C8329C" w:rsidRDefault="00B305BC" w:rsidP="00B305BC">
      <w:pPr>
        <w:rPr>
          <w:rFonts w:ascii="Arial" w:hAnsi="Arial" w:cs="Arial"/>
        </w:rPr>
      </w:pP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Les parents du marié </w:t>
      </w: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Les oncles maternels du marié </w:t>
      </w: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Le grand chef</w:t>
      </w:r>
    </w:p>
    <w:p w14:paraId="1AEACD77" w14:textId="77777777" w:rsidR="00B305BC" w:rsidRPr="00C8329C" w:rsidRDefault="00B305BC" w:rsidP="00B305BC">
      <w:pPr>
        <w:rPr>
          <w:rFonts w:ascii="Arial" w:hAnsi="Arial" w:cs="Arial"/>
        </w:rPr>
      </w:pPr>
      <w:r w:rsidRPr="00C8329C">
        <w:rPr>
          <w:rFonts w:ascii="Arial" w:hAnsi="Arial" w:cs="Arial"/>
        </w:rPr>
        <w:t>3. Citez deux dons symboliques échangés lors du mariage coutumier : ............................................................</w:t>
      </w:r>
    </w:p>
    <w:p w14:paraId="68088591" w14:textId="77777777" w:rsidR="00C8329C" w:rsidRDefault="00B305BC" w:rsidP="00B305BC">
      <w:pPr>
        <w:rPr>
          <w:rFonts w:ascii="Arial" w:hAnsi="Arial" w:cs="Arial"/>
        </w:rPr>
      </w:pPr>
      <w:r w:rsidRPr="00C8329C">
        <w:rPr>
          <w:rFonts w:ascii="Arial" w:hAnsi="Arial" w:cs="Arial"/>
        </w:rPr>
        <w:t xml:space="preserve">4. Dans la culture kanak, la parole rituelle est : </w:t>
      </w:r>
    </w:p>
    <w:p w14:paraId="3CD90F1E" w14:textId="7DEF7FD8" w:rsidR="00B305BC" w:rsidRPr="00C8329C" w:rsidRDefault="00B305BC" w:rsidP="00B305BC">
      <w:pPr>
        <w:rPr>
          <w:rFonts w:ascii="Arial" w:hAnsi="Arial" w:cs="Arial"/>
        </w:rPr>
      </w:pP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Une simple formalité </w:t>
      </w: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Un acte qui engage et lie </w:t>
      </w: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Une conversation libre</w:t>
      </w:r>
    </w:p>
    <w:p w14:paraId="4DE2BB1B" w14:textId="77777777" w:rsidR="00C8329C" w:rsidRDefault="00B305BC" w:rsidP="00B305BC">
      <w:pPr>
        <w:rPr>
          <w:rFonts w:ascii="Arial" w:hAnsi="Arial" w:cs="Arial"/>
        </w:rPr>
      </w:pPr>
      <w:r w:rsidRPr="00C8329C">
        <w:rPr>
          <w:rFonts w:ascii="Arial" w:hAnsi="Arial" w:cs="Arial"/>
        </w:rPr>
        <w:t xml:space="preserve">5. Que devient la femme après la cérémonie ? </w:t>
      </w:r>
    </w:p>
    <w:p w14:paraId="6E25D746" w14:textId="29F8EE82" w:rsidR="00B305BC" w:rsidRDefault="00B305BC" w:rsidP="00B305BC">
      <w:pPr>
        <w:rPr>
          <w:rFonts w:ascii="Arial" w:hAnsi="Arial" w:cs="Arial"/>
        </w:rPr>
      </w:pP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Elle reste dans son clan </w:t>
      </w: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Elle rejoint le clan du mari </w:t>
      </w:r>
      <w:r w:rsidRPr="00C8329C">
        <w:rPr>
          <w:rFonts w:ascii="Segoe UI Symbol" w:hAnsi="Segoe UI Symbol" w:cs="Segoe UI Symbol"/>
        </w:rPr>
        <w:t>☐</w:t>
      </w:r>
      <w:r w:rsidRPr="00C8329C">
        <w:rPr>
          <w:rFonts w:ascii="Arial" w:hAnsi="Arial" w:cs="Arial"/>
        </w:rPr>
        <w:t xml:space="preserve"> Elle choisit son clan</w:t>
      </w:r>
    </w:p>
    <w:p w14:paraId="74FCBCFB" w14:textId="77777777" w:rsidR="00C8329C" w:rsidRPr="00C8329C" w:rsidRDefault="00C8329C" w:rsidP="00B305BC">
      <w:pPr>
        <w:rPr>
          <w:rFonts w:ascii="Arial" w:hAnsi="Arial" w:cs="Arial"/>
        </w:rPr>
      </w:pPr>
    </w:p>
    <w:p w14:paraId="3CC08F6B" w14:textId="77777777" w:rsidR="00B305BC" w:rsidRPr="00E972D9" w:rsidRDefault="00B305BC" w:rsidP="00C8329C">
      <w:pPr>
        <w:pStyle w:val="Titre2"/>
        <w:spacing w:line="480" w:lineRule="auto"/>
        <w:rPr>
          <w:rFonts w:ascii="Arial" w:hAnsi="Arial" w:cs="Arial"/>
          <w:color w:val="auto"/>
          <w:sz w:val="24"/>
          <w:szCs w:val="24"/>
        </w:rPr>
      </w:pPr>
      <w:r w:rsidRPr="00E972D9">
        <w:rPr>
          <w:rFonts w:ascii="Arial" w:hAnsi="Arial" w:cs="Arial"/>
          <w:color w:val="auto"/>
          <w:sz w:val="24"/>
          <w:szCs w:val="24"/>
        </w:rPr>
        <w:t>II. Vrai / Faux</w:t>
      </w:r>
    </w:p>
    <w:p w14:paraId="5272000E" w14:textId="77777777" w:rsidR="00C8329C" w:rsidRDefault="00B305BC" w:rsidP="00C8329C">
      <w:pPr>
        <w:spacing w:line="480" w:lineRule="auto"/>
        <w:rPr>
          <w:rFonts w:ascii="Arial" w:hAnsi="Arial" w:cs="Arial"/>
        </w:rPr>
      </w:pPr>
      <w:r w:rsidRPr="00C8329C">
        <w:rPr>
          <w:rFonts w:ascii="Arial" w:hAnsi="Arial" w:cs="Arial"/>
        </w:rPr>
        <w:t xml:space="preserve">6. Les enfants issus du mariage appartiennent uniquement au couple. </w:t>
      </w:r>
    </w:p>
    <w:p w14:paraId="424AC06E" w14:textId="7ED1E49D" w:rsidR="00B305BC" w:rsidRPr="00C8329C" w:rsidRDefault="00C8329C" w:rsidP="00B305BC">
      <w:pPr>
        <w:rPr>
          <w:rFonts w:ascii="Arial" w:hAnsi="Arial" w:cs="Arial"/>
        </w:rPr>
      </w:pPr>
      <w:r>
        <w:rPr>
          <w:rFonts w:ascii="Segoe UI Symbol" w:hAnsi="Segoe UI Symbol" w:cs="Segoe UI Symbol"/>
        </w:rPr>
        <w:t xml:space="preserve">                         </w:t>
      </w:r>
      <w:r w:rsidR="00B305BC" w:rsidRPr="00C8329C">
        <w:rPr>
          <w:rFonts w:ascii="Segoe UI Symbol" w:hAnsi="Segoe UI Symbol" w:cs="Segoe UI Symbol"/>
        </w:rPr>
        <w:t>☐</w:t>
      </w:r>
      <w:r w:rsidR="00B305BC" w:rsidRPr="00C8329C">
        <w:rPr>
          <w:rFonts w:ascii="Arial" w:hAnsi="Arial" w:cs="Arial"/>
        </w:rPr>
        <w:t xml:space="preserve"> Vrai</w:t>
      </w:r>
      <w:r>
        <w:rPr>
          <w:rFonts w:ascii="Arial" w:hAnsi="Arial" w:cs="Arial"/>
        </w:rPr>
        <w:t xml:space="preserve">        </w:t>
      </w:r>
      <w:r w:rsidR="00B305BC" w:rsidRPr="00C8329C">
        <w:rPr>
          <w:rFonts w:ascii="Arial" w:hAnsi="Arial" w:cs="Arial"/>
        </w:rPr>
        <w:t xml:space="preserve"> </w:t>
      </w:r>
      <w:r w:rsidR="00B305BC" w:rsidRPr="00C8329C">
        <w:rPr>
          <w:rFonts w:ascii="Segoe UI Symbol" w:hAnsi="Segoe UI Symbol" w:cs="Segoe UI Symbol"/>
        </w:rPr>
        <w:t>☐</w:t>
      </w:r>
      <w:r w:rsidR="00B305BC" w:rsidRPr="00C8329C">
        <w:rPr>
          <w:rFonts w:ascii="Arial" w:hAnsi="Arial" w:cs="Arial"/>
        </w:rPr>
        <w:t xml:space="preserve"> Faux</w:t>
      </w:r>
    </w:p>
    <w:p w14:paraId="0881F988" w14:textId="77777777" w:rsidR="00C8329C" w:rsidRDefault="00B305BC" w:rsidP="00B305BC">
      <w:pPr>
        <w:rPr>
          <w:rFonts w:ascii="Arial" w:hAnsi="Arial" w:cs="Arial"/>
        </w:rPr>
      </w:pPr>
      <w:r w:rsidRPr="00C8329C">
        <w:rPr>
          <w:rFonts w:ascii="Arial" w:hAnsi="Arial" w:cs="Arial"/>
        </w:rPr>
        <w:t xml:space="preserve">7. Le mariage coutumier a une reconnaissance légale en Nouvelle-Calédonie. </w:t>
      </w:r>
    </w:p>
    <w:p w14:paraId="48C51D84" w14:textId="519A5DCF" w:rsidR="00B305BC" w:rsidRPr="00C8329C" w:rsidRDefault="00C8329C" w:rsidP="00B305BC">
      <w:pPr>
        <w:rPr>
          <w:rFonts w:ascii="Arial" w:hAnsi="Arial" w:cs="Arial"/>
        </w:rPr>
      </w:pPr>
      <w:r>
        <w:rPr>
          <w:rFonts w:ascii="Segoe UI Symbol" w:hAnsi="Segoe UI Symbol" w:cs="Segoe UI Symbol"/>
        </w:rPr>
        <w:t xml:space="preserve">                         </w:t>
      </w:r>
      <w:r w:rsidR="00B305BC" w:rsidRPr="00C8329C">
        <w:rPr>
          <w:rFonts w:ascii="Segoe UI Symbol" w:hAnsi="Segoe UI Symbol" w:cs="Segoe UI Symbol"/>
        </w:rPr>
        <w:t>☐</w:t>
      </w:r>
      <w:r w:rsidR="00B305BC" w:rsidRPr="00C8329C">
        <w:rPr>
          <w:rFonts w:ascii="Arial" w:hAnsi="Arial" w:cs="Arial"/>
        </w:rPr>
        <w:t xml:space="preserve"> Vrai </w:t>
      </w:r>
      <w:r>
        <w:rPr>
          <w:rFonts w:ascii="Arial" w:hAnsi="Arial" w:cs="Arial"/>
        </w:rPr>
        <w:t xml:space="preserve">        </w:t>
      </w:r>
      <w:r w:rsidR="00B305BC" w:rsidRPr="00C8329C">
        <w:rPr>
          <w:rFonts w:ascii="Segoe UI Symbol" w:hAnsi="Segoe UI Symbol" w:cs="Segoe UI Symbol"/>
        </w:rPr>
        <w:t>☐</w:t>
      </w:r>
      <w:r w:rsidR="00B305BC" w:rsidRPr="00C8329C">
        <w:rPr>
          <w:rFonts w:ascii="Arial" w:hAnsi="Arial" w:cs="Arial"/>
        </w:rPr>
        <w:t xml:space="preserve"> Faux</w:t>
      </w:r>
    </w:p>
    <w:p w14:paraId="6750AC2F" w14:textId="1AF65F64" w:rsidR="00C8329C" w:rsidRDefault="00B305BC" w:rsidP="00B305BC">
      <w:pPr>
        <w:rPr>
          <w:rFonts w:ascii="Arial" w:hAnsi="Arial" w:cs="Arial"/>
        </w:rPr>
      </w:pPr>
      <w:r w:rsidRPr="00C8329C">
        <w:rPr>
          <w:rFonts w:ascii="Arial" w:hAnsi="Arial" w:cs="Arial"/>
        </w:rPr>
        <w:t xml:space="preserve">8. Depuis 2021, certaines chefferies ont réformé le mariage coutumier pour réduire les dépenses. </w:t>
      </w:r>
    </w:p>
    <w:p w14:paraId="4D0A3DD3" w14:textId="47B47FD5" w:rsidR="00B305BC" w:rsidRDefault="00C8329C" w:rsidP="00B305BC">
      <w:pPr>
        <w:rPr>
          <w:rFonts w:ascii="Arial" w:hAnsi="Arial" w:cs="Arial"/>
        </w:rPr>
      </w:pPr>
      <w:r>
        <w:rPr>
          <w:rFonts w:ascii="Segoe UI Symbol" w:hAnsi="Segoe UI Symbol" w:cs="Segoe UI Symbol"/>
        </w:rPr>
        <w:t xml:space="preserve">                         </w:t>
      </w:r>
      <w:r w:rsidR="00B305BC" w:rsidRPr="00C8329C">
        <w:rPr>
          <w:rFonts w:ascii="Segoe UI Symbol" w:hAnsi="Segoe UI Symbol" w:cs="Segoe UI Symbol"/>
        </w:rPr>
        <w:t>☐</w:t>
      </w:r>
      <w:r w:rsidR="00B305BC" w:rsidRPr="00C8329C">
        <w:rPr>
          <w:rFonts w:ascii="Arial" w:hAnsi="Arial" w:cs="Arial"/>
        </w:rPr>
        <w:t xml:space="preserve"> Vrai </w:t>
      </w:r>
      <w:r>
        <w:rPr>
          <w:rFonts w:ascii="Arial" w:hAnsi="Arial" w:cs="Arial"/>
        </w:rPr>
        <w:t xml:space="preserve">       </w:t>
      </w:r>
      <w:r w:rsidR="00B305BC" w:rsidRPr="00C8329C">
        <w:rPr>
          <w:rFonts w:ascii="Segoe UI Symbol" w:hAnsi="Segoe UI Symbol" w:cs="Segoe UI Symbol"/>
        </w:rPr>
        <w:t>☐</w:t>
      </w:r>
      <w:r w:rsidR="00B305BC" w:rsidRPr="00C8329C">
        <w:rPr>
          <w:rFonts w:ascii="Arial" w:hAnsi="Arial" w:cs="Arial"/>
        </w:rPr>
        <w:t xml:space="preserve"> Faux</w:t>
      </w:r>
    </w:p>
    <w:p w14:paraId="32FD2440" w14:textId="4984D46E" w:rsidR="00C8329C" w:rsidRDefault="00C8329C" w:rsidP="00B305BC">
      <w:pPr>
        <w:rPr>
          <w:rFonts w:ascii="Arial" w:hAnsi="Arial" w:cs="Arial"/>
        </w:rPr>
      </w:pPr>
    </w:p>
    <w:p w14:paraId="54343797" w14:textId="4821C9ED" w:rsidR="00C8329C" w:rsidRDefault="00C8329C" w:rsidP="00B305BC">
      <w:pPr>
        <w:rPr>
          <w:rFonts w:ascii="Arial" w:hAnsi="Arial" w:cs="Arial"/>
        </w:rPr>
      </w:pPr>
    </w:p>
    <w:p w14:paraId="6652507F" w14:textId="77777777" w:rsidR="00DA2C96" w:rsidRDefault="00DA2C96" w:rsidP="00B305BC">
      <w:pPr>
        <w:rPr>
          <w:rFonts w:ascii="Arial" w:hAnsi="Arial" w:cs="Arial"/>
        </w:rPr>
      </w:pPr>
    </w:p>
    <w:p w14:paraId="560C19C7" w14:textId="77777777" w:rsidR="009F00C5" w:rsidRDefault="009F00C5" w:rsidP="00B305BC">
      <w:pPr>
        <w:rPr>
          <w:rFonts w:ascii="Arial" w:hAnsi="Arial" w:cs="Arial"/>
        </w:rPr>
      </w:pPr>
    </w:p>
    <w:p w14:paraId="7414C6C3" w14:textId="77777777" w:rsidR="009F00C5" w:rsidRDefault="009F00C5" w:rsidP="00B305BC">
      <w:pPr>
        <w:rPr>
          <w:rFonts w:ascii="Arial" w:hAnsi="Arial" w:cs="Arial"/>
        </w:rPr>
      </w:pPr>
    </w:p>
    <w:p w14:paraId="0DB78786" w14:textId="7FCB515A" w:rsidR="00C8329C" w:rsidRPr="00C8329C" w:rsidRDefault="00C8329C" w:rsidP="00B305BC">
      <w:pPr>
        <w:rPr>
          <w:rFonts w:ascii="Arial" w:hAnsi="Arial" w:cs="Arial"/>
        </w:rPr>
      </w:pPr>
    </w:p>
    <w:p w14:paraId="1CF29E92" w14:textId="0A491282" w:rsidR="00B305BC" w:rsidRPr="00E972D9" w:rsidRDefault="00B305BC" w:rsidP="00C8329C">
      <w:pPr>
        <w:pStyle w:val="Titre2"/>
        <w:spacing w:line="480" w:lineRule="auto"/>
        <w:rPr>
          <w:rFonts w:ascii="Arial" w:hAnsi="Arial" w:cs="Arial"/>
          <w:color w:val="auto"/>
          <w:sz w:val="24"/>
          <w:szCs w:val="24"/>
        </w:rPr>
      </w:pPr>
      <w:r w:rsidRPr="00E972D9">
        <w:rPr>
          <w:rFonts w:ascii="Arial" w:hAnsi="Arial" w:cs="Arial"/>
          <w:color w:val="auto"/>
          <w:sz w:val="24"/>
          <w:szCs w:val="24"/>
        </w:rPr>
        <w:t xml:space="preserve">III. </w:t>
      </w:r>
      <w:r w:rsidR="00C8329C" w:rsidRPr="00E972D9">
        <w:rPr>
          <w:rFonts w:ascii="Arial" w:hAnsi="Arial" w:cs="Arial"/>
          <w:color w:val="auto"/>
          <w:sz w:val="24"/>
          <w:szCs w:val="24"/>
        </w:rPr>
        <w:t xml:space="preserve">Réflexion </w:t>
      </w:r>
    </w:p>
    <w:p w14:paraId="22BA157E" w14:textId="27A5DFDA" w:rsidR="00B305BC" w:rsidRPr="00C8329C" w:rsidRDefault="00B305BC" w:rsidP="00C8329C">
      <w:pPr>
        <w:spacing w:line="360" w:lineRule="auto"/>
        <w:rPr>
          <w:rFonts w:ascii="Arial" w:hAnsi="Arial" w:cs="Arial"/>
        </w:rPr>
      </w:pPr>
      <w:r w:rsidRPr="00C8329C">
        <w:rPr>
          <w:rFonts w:ascii="Arial" w:hAnsi="Arial" w:cs="Arial"/>
        </w:rPr>
        <w:t>9. En une phrase, explique pourquoi la femme est considérée comme « vectrice de lien » dans le mariage coutumier : ............................................................</w:t>
      </w:r>
      <w:r w:rsidR="007070B5" w:rsidRPr="00C8329C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8329C" w:rsidRPr="00C8329C">
        <w:rPr>
          <w:rFonts w:ascii="Arial" w:hAnsi="Arial" w:cs="Arial"/>
        </w:rPr>
        <w:t>..................................................</w:t>
      </w:r>
      <w:r w:rsidR="00C8329C">
        <w:rPr>
          <w:rFonts w:ascii="Arial" w:hAnsi="Arial" w:cs="Arial"/>
        </w:rPr>
        <w:t>..</w:t>
      </w:r>
    </w:p>
    <w:p w14:paraId="32FC3C5D" w14:textId="0FE694C8" w:rsidR="007070B5" w:rsidRDefault="00B305BC" w:rsidP="00C8329C">
      <w:pPr>
        <w:spacing w:line="360" w:lineRule="auto"/>
        <w:rPr>
          <w:rFonts w:ascii="Arial" w:hAnsi="Arial" w:cs="Arial"/>
        </w:rPr>
      </w:pPr>
      <w:r w:rsidRPr="00C8329C">
        <w:rPr>
          <w:rFonts w:ascii="Arial" w:hAnsi="Arial" w:cs="Arial"/>
        </w:rPr>
        <w:t>10. Selon toi, quel est le rôle le plus important du mariage coutumier dans la société kanak ? ............................................................</w:t>
      </w:r>
      <w:r w:rsidR="007070B5" w:rsidRPr="00C8329C">
        <w:rPr>
          <w:rFonts w:ascii="Arial" w:hAnsi="Arial" w:cs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6CB9A32" w14:textId="42FD72E7" w:rsidR="007070B5" w:rsidRPr="00C8329C" w:rsidRDefault="007070B5" w:rsidP="007070B5">
      <w:pPr>
        <w:pStyle w:val="Titre1"/>
        <w:rPr>
          <w:rFonts w:ascii="Arial" w:hAnsi="Arial" w:cs="Arial"/>
          <w:color w:val="auto"/>
        </w:rPr>
      </w:pPr>
      <w:r w:rsidRPr="00C8329C">
        <w:rPr>
          <w:rFonts w:ascii="Arial" w:hAnsi="Arial" w:cs="Arial"/>
          <w:color w:val="auto"/>
        </w:rPr>
        <w:t>I</w:t>
      </w:r>
      <w:r w:rsidR="00E972D9">
        <w:rPr>
          <w:rFonts w:ascii="Arial" w:hAnsi="Arial" w:cs="Arial"/>
          <w:color w:val="auto"/>
        </w:rPr>
        <w:t>V</w:t>
      </w:r>
      <w:r w:rsidRPr="00C8329C">
        <w:rPr>
          <w:rFonts w:ascii="Arial" w:hAnsi="Arial" w:cs="Arial"/>
          <w:color w:val="auto"/>
        </w:rPr>
        <w:t>. Tableau à compléter :</w:t>
      </w:r>
    </w:p>
    <w:p w14:paraId="60A7BB4D" w14:textId="77777777" w:rsidR="007070B5" w:rsidRPr="00C8329C" w:rsidRDefault="007070B5" w:rsidP="007070B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5025"/>
        <w:gridCol w:w="2409"/>
      </w:tblGrid>
      <w:tr w:rsidR="00C8329C" w:rsidRPr="00C8329C" w14:paraId="467C6566" w14:textId="77777777" w:rsidTr="00791195">
        <w:tc>
          <w:tcPr>
            <w:tcW w:w="2880" w:type="dxa"/>
          </w:tcPr>
          <w:p w14:paraId="0BE74403" w14:textId="77777777" w:rsidR="007070B5" w:rsidRPr="00C8329C" w:rsidRDefault="007070B5" w:rsidP="00BE11C8">
            <w:pPr>
              <w:rPr>
                <w:rFonts w:ascii="Arial" w:hAnsi="Arial" w:cs="Arial"/>
              </w:rPr>
            </w:pPr>
            <w:r w:rsidRPr="00C8329C">
              <w:rPr>
                <w:rFonts w:ascii="Arial" w:hAnsi="Arial" w:cs="Arial"/>
              </w:rPr>
              <w:t>Acteur</w:t>
            </w:r>
          </w:p>
        </w:tc>
        <w:tc>
          <w:tcPr>
            <w:tcW w:w="5025" w:type="dxa"/>
          </w:tcPr>
          <w:p w14:paraId="4228E462" w14:textId="77777777" w:rsidR="007070B5" w:rsidRPr="00C8329C" w:rsidRDefault="007070B5" w:rsidP="00BE11C8">
            <w:pPr>
              <w:rPr>
                <w:rFonts w:ascii="Arial" w:hAnsi="Arial" w:cs="Arial"/>
              </w:rPr>
            </w:pPr>
            <w:r w:rsidRPr="00C8329C">
              <w:rPr>
                <w:rFonts w:ascii="Arial" w:hAnsi="Arial" w:cs="Arial"/>
              </w:rPr>
              <w:t>Rôle dans la cérémonie</w:t>
            </w:r>
          </w:p>
        </w:tc>
        <w:tc>
          <w:tcPr>
            <w:tcW w:w="2409" w:type="dxa"/>
          </w:tcPr>
          <w:p w14:paraId="35CE4D68" w14:textId="77777777" w:rsidR="007070B5" w:rsidRPr="00C8329C" w:rsidRDefault="007070B5" w:rsidP="00BE11C8">
            <w:pPr>
              <w:rPr>
                <w:rFonts w:ascii="Arial" w:hAnsi="Arial" w:cs="Arial"/>
              </w:rPr>
            </w:pPr>
            <w:r w:rsidRPr="00C8329C">
              <w:rPr>
                <w:rFonts w:ascii="Arial" w:hAnsi="Arial" w:cs="Arial"/>
              </w:rPr>
              <w:t>Valeur transmise</w:t>
            </w:r>
          </w:p>
        </w:tc>
      </w:tr>
      <w:tr w:rsidR="00C8329C" w:rsidRPr="00C8329C" w14:paraId="685984A3" w14:textId="77777777" w:rsidTr="00791195">
        <w:tc>
          <w:tcPr>
            <w:tcW w:w="2880" w:type="dxa"/>
          </w:tcPr>
          <w:p w14:paraId="2D4AD2FF" w14:textId="77777777" w:rsidR="007070B5" w:rsidRPr="00C8329C" w:rsidRDefault="007070B5" w:rsidP="00BE11C8">
            <w:pPr>
              <w:rPr>
                <w:rFonts w:ascii="Arial" w:hAnsi="Arial" w:cs="Arial"/>
              </w:rPr>
            </w:pPr>
          </w:p>
        </w:tc>
        <w:tc>
          <w:tcPr>
            <w:tcW w:w="5025" w:type="dxa"/>
          </w:tcPr>
          <w:p w14:paraId="2A8D4B6B" w14:textId="77777777" w:rsidR="007070B5" w:rsidRPr="00C8329C" w:rsidRDefault="007070B5" w:rsidP="00BE11C8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099305FE" w14:textId="77777777" w:rsidR="007070B5" w:rsidRPr="00C8329C" w:rsidRDefault="007070B5" w:rsidP="00BE11C8">
            <w:pPr>
              <w:rPr>
                <w:rFonts w:ascii="Arial" w:hAnsi="Arial" w:cs="Arial"/>
              </w:rPr>
            </w:pPr>
          </w:p>
        </w:tc>
      </w:tr>
      <w:tr w:rsidR="00C8329C" w:rsidRPr="00C8329C" w14:paraId="433B1F1D" w14:textId="77777777" w:rsidTr="00791195">
        <w:tc>
          <w:tcPr>
            <w:tcW w:w="2880" w:type="dxa"/>
          </w:tcPr>
          <w:p w14:paraId="4D42573A" w14:textId="77777777" w:rsidR="007070B5" w:rsidRPr="00C8329C" w:rsidRDefault="007070B5" w:rsidP="00BE11C8">
            <w:pPr>
              <w:rPr>
                <w:rFonts w:ascii="Arial" w:hAnsi="Arial" w:cs="Arial"/>
              </w:rPr>
            </w:pPr>
          </w:p>
        </w:tc>
        <w:tc>
          <w:tcPr>
            <w:tcW w:w="5025" w:type="dxa"/>
          </w:tcPr>
          <w:p w14:paraId="05192923" w14:textId="77777777" w:rsidR="007070B5" w:rsidRPr="00C8329C" w:rsidRDefault="007070B5" w:rsidP="00BE11C8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314BC7C2" w14:textId="77777777" w:rsidR="007070B5" w:rsidRPr="00C8329C" w:rsidRDefault="007070B5" w:rsidP="00BE11C8">
            <w:pPr>
              <w:rPr>
                <w:rFonts w:ascii="Arial" w:hAnsi="Arial" w:cs="Arial"/>
              </w:rPr>
            </w:pPr>
          </w:p>
        </w:tc>
      </w:tr>
      <w:tr w:rsidR="00C8329C" w:rsidRPr="00C8329C" w14:paraId="249E52A5" w14:textId="77777777" w:rsidTr="00791195">
        <w:tc>
          <w:tcPr>
            <w:tcW w:w="2880" w:type="dxa"/>
          </w:tcPr>
          <w:p w14:paraId="4E2579DF" w14:textId="77777777" w:rsidR="007070B5" w:rsidRPr="00C8329C" w:rsidRDefault="007070B5" w:rsidP="00BE11C8">
            <w:pPr>
              <w:rPr>
                <w:rFonts w:ascii="Arial" w:hAnsi="Arial" w:cs="Arial"/>
              </w:rPr>
            </w:pPr>
          </w:p>
        </w:tc>
        <w:tc>
          <w:tcPr>
            <w:tcW w:w="5025" w:type="dxa"/>
          </w:tcPr>
          <w:p w14:paraId="0EC12DCA" w14:textId="77777777" w:rsidR="007070B5" w:rsidRPr="00C8329C" w:rsidRDefault="007070B5" w:rsidP="00BE11C8">
            <w:pPr>
              <w:rPr>
                <w:rFonts w:ascii="Arial" w:hAnsi="Arial" w:cs="Arial"/>
              </w:rPr>
            </w:pPr>
          </w:p>
        </w:tc>
        <w:tc>
          <w:tcPr>
            <w:tcW w:w="2409" w:type="dxa"/>
          </w:tcPr>
          <w:p w14:paraId="240666B1" w14:textId="77777777" w:rsidR="007070B5" w:rsidRPr="00C8329C" w:rsidRDefault="007070B5" w:rsidP="00BE11C8">
            <w:pPr>
              <w:rPr>
                <w:rFonts w:ascii="Arial" w:hAnsi="Arial" w:cs="Arial"/>
              </w:rPr>
            </w:pPr>
          </w:p>
        </w:tc>
      </w:tr>
    </w:tbl>
    <w:p w14:paraId="2E0AC9CB" w14:textId="77777777" w:rsidR="007070B5" w:rsidRPr="00C8329C" w:rsidRDefault="007070B5" w:rsidP="00B305BC">
      <w:pPr>
        <w:rPr>
          <w:rFonts w:ascii="Arial" w:hAnsi="Arial" w:cs="Arial"/>
        </w:rPr>
      </w:pPr>
    </w:p>
    <w:p w14:paraId="045FF2E0" w14:textId="77777777" w:rsidR="00E972D9" w:rsidRPr="00791195" w:rsidRDefault="00E972D9" w:rsidP="007070B5">
      <w:pPr>
        <w:rPr>
          <w:rFonts w:ascii="Arial" w:hAnsi="Arial" w:cs="Arial"/>
          <w:sz w:val="24"/>
          <w:szCs w:val="24"/>
        </w:rPr>
      </w:pPr>
      <w:r w:rsidRPr="00791195">
        <w:rPr>
          <w:rFonts w:ascii="Arial" w:hAnsi="Arial" w:cs="Arial"/>
          <w:sz w:val="24"/>
          <w:szCs w:val="24"/>
          <w:u w:val="single"/>
        </w:rPr>
        <w:t>Je retiens :</w:t>
      </w:r>
      <w:r w:rsidRPr="00791195">
        <w:rPr>
          <w:rFonts w:ascii="Arial" w:hAnsi="Arial" w:cs="Arial"/>
          <w:sz w:val="24"/>
          <w:szCs w:val="24"/>
        </w:rPr>
        <w:t xml:space="preserve"> </w:t>
      </w:r>
    </w:p>
    <w:p w14:paraId="25B2DD86" w14:textId="32EBA979" w:rsidR="007070B5" w:rsidRDefault="009F00C5" w:rsidP="00E972D9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3360" behindDoc="1" locked="0" layoutInCell="1" allowOverlap="1" wp14:anchorId="6D625169" wp14:editId="1FC15111">
            <wp:simplePos x="0" y="0"/>
            <wp:positionH relativeFrom="column">
              <wp:posOffset>139700</wp:posOffset>
            </wp:positionH>
            <wp:positionV relativeFrom="paragraph">
              <wp:posOffset>529357</wp:posOffset>
            </wp:positionV>
            <wp:extent cx="6456045" cy="2249805"/>
            <wp:effectExtent l="0" t="0" r="1905" b="0"/>
            <wp:wrapTight wrapText="bothSides">
              <wp:wrapPolygon edited="0">
                <wp:start x="0" y="0"/>
                <wp:lineTo x="0" y="21399"/>
                <wp:lineTo x="21543" y="21399"/>
                <wp:lineTo x="21543" y="0"/>
                <wp:lineTo x="0" y="0"/>
              </wp:wrapPolygon>
            </wp:wrapTight>
            <wp:docPr id="1529474146" name="Image 3" descr="Une image contenant croquis, dessin humoristiqu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74146" name="Image 3" descr="Une image contenant croquis, dessin humoristique, ar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2D9" w:rsidRPr="00791195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A2301E" w14:textId="2F142567" w:rsidR="003D09FB" w:rsidRDefault="003D09FB" w:rsidP="00E972D9">
      <w:pPr>
        <w:spacing w:line="360" w:lineRule="auto"/>
        <w:rPr>
          <w:rFonts w:ascii="Arial" w:hAnsi="Arial" w:cs="Arial"/>
          <w:sz w:val="24"/>
          <w:szCs w:val="24"/>
        </w:rPr>
      </w:pPr>
    </w:p>
    <w:p w14:paraId="66A9F3B4" w14:textId="77777777" w:rsidR="003D09FB" w:rsidRDefault="003D09FB" w:rsidP="00E972D9">
      <w:pPr>
        <w:spacing w:line="360" w:lineRule="auto"/>
        <w:rPr>
          <w:rFonts w:ascii="Arial" w:hAnsi="Arial" w:cs="Arial"/>
          <w:sz w:val="24"/>
          <w:szCs w:val="24"/>
        </w:rPr>
      </w:pPr>
    </w:p>
    <w:p w14:paraId="4359F3BC" w14:textId="77777777" w:rsidR="003D09FB" w:rsidRDefault="003D09FB" w:rsidP="00E972D9">
      <w:pPr>
        <w:spacing w:line="360" w:lineRule="auto"/>
        <w:rPr>
          <w:rFonts w:ascii="Arial" w:hAnsi="Arial" w:cs="Arial"/>
          <w:sz w:val="24"/>
          <w:szCs w:val="24"/>
        </w:rPr>
      </w:pPr>
    </w:p>
    <w:p w14:paraId="09D26526" w14:textId="77777777" w:rsidR="00B305BC" w:rsidRDefault="00B305BC" w:rsidP="00A51C7F">
      <w:pPr>
        <w:rPr>
          <w:rFonts w:ascii="Arial" w:hAnsi="Arial" w:cs="Arial"/>
        </w:rPr>
      </w:pPr>
    </w:p>
    <w:p w14:paraId="4332C7E4" w14:textId="77777777" w:rsidR="009D54EF" w:rsidRDefault="009D54EF" w:rsidP="00A51C7F">
      <w:pPr>
        <w:rPr>
          <w:rFonts w:ascii="Arial" w:hAnsi="Arial" w:cs="Arial"/>
        </w:rPr>
      </w:pPr>
    </w:p>
    <w:p w14:paraId="2D06D708" w14:textId="77777777" w:rsidR="009D54EF" w:rsidRDefault="009D54EF" w:rsidP="00A51C7F">
      <w:pPr>
        <w:rPr>
          <w:rFonts w:ascii="Arial" w:hAnsi="Arial" w:cs="Arial"/>
        </w:rPr>
      </w:pPr>
    </w:p>
    <w:p w14:paraId="4B09840B" w14:textId="77777777" w:rsidR="009F00C5" w:rsidRDefault="009F00C5" w:rsidP="00A51C7F">
      <w:pPr>
        <w:rPr>
          <w:rFonts w:ascii="Arial" w:hAnsi="Arial" w:cs="Arial"/>
        </w:rPr>
      </w:pPr>
    </w:p>
    <w:p w14:paraId="7AE0505F" w14:textId="77777777" w:rsidR="009D54EF" w:rsidRPr="00D27CB3" w:rsidRDefault="009D54EF" w:rsidP="00A51C7F">
      <w:pPr>
        <w:rPr>
          <w:rFonts w:ascii="Arial" w:hAnsi="Arial" w:cs="Arial"/>
        </w:rPr>
      </w:pPr>
    </w:p>
    <w:p w14:paraId="00997E0D" w14:textId="77777777" w:rsidR="00E972D9" w:rsidRPr="00D27CB3" w:rsidRDefault="00E972D9" w:rsidP="00E97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u w:val="single"/>
        </w:rPr>
      </w:pPr>
      <w:r w:rsidRPr="00D27CB3">
        <w:rPr>
          <w:rFonts w:ascii="Arial" w:hAnsi="Arial" w:cs="Arial"/>
          <w:u w:val="single"/>
        </w:rPr>
        <w:lastRenderedPageBreak/>
        <w:t>Date: ………………………………………………………………………………………………………………………..</w:t>
      </w:r>
    </w:p>
    <w:p w14:paraId="1B855E90" w14:textId="542A7E7D" w:rsidR="00E972D9" w:rsidRPr="00D27CB3" w:rsidRDefault="00E972D9" w:rsidP="00E97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D27CB3">
        <w:rPr>
          <w:rFonts w:ascii="Arial" w:hAnsi="Arial" w:cs="Arial"/>
          <w:b/>
          <w:bCs/>
          <w:sz w:val="28"/>
          <w:szCs w:val="28"/>
          <w:u w:val="single"/>
        </w:rPr>
        <w:t xml:space="preserve">Leçon </w:t>
      </w:r>
      <w:r>
        <w:rPr>
          <w:rFonts w:ascii="Arial" w:hAnsi="Arial" w:cs="Arial"/>
          <w:b/>
          <w:bCs/>
          <w:sz w:val="28"/>
          <w:szCs w:val="28"/>
          <w:u w:val="single"/>
        </w:rPr>
        <w:t>3</w:t>
      </w:r>
      <w:r w:rsidRPr="00D27CB3">
        <w:rPr>
          <w:rFonts w:ascii="Arial" w:hAnsi="Arial" w:cs="Arial"/>
          <w:b/>
          <w:bCs/>
          <w:sz w:val="28"/>
          <w:szCs w:val="28"/>
          <w:u w:val="single"/>
        </w:rPr>
        <w:t xml:space="preserve">: </w:t>
      </w:r>
      <w:r>
        <w:rPr>
          <w:rFonts w:ascii="Arial" w:hAnsi="Arial" w:cs="Arial"/>
          <w:b/>
          <w:bCs/>
          <w:sz w:val="28"/>
          <w:szCs w:val="28"/>
          <w:u w:val="single"/>
        </w:rPr>
        <w:t>Les symbol</w:t>
      </w:r>
      <w:r w:rsidR="00121DC3">
        <w:rPr>
          <w:rFonts w:ascii="Arial" w:hAnsi="Arial" w:cs="Arial"/>
          <w:b/>
          <w:bCs/>
          <w:sz w:val="28"/>
          <w:szCs w:val="28"/>
          <w:u w:val="single"/>
        </w:rPr>
        <w:t>e</w:t>
      </w:r>
      <w:r>
        <w:rPr>
          <w:rFonts w:ascii="Arial" w:hAnsi="Arial" w:cs="Arial"/>
          <w:b/>
          <w:bCs/>
          <w:sz w:val="28"/>
          <w:szCs w:val="28"/>
          <w:u w:val="single"/>
        </w:rPr>
        <w:t>s</w:t>
      </w:r>
      <w:r w:rsidRPr="00D27CB3">
        <w:rPr>
          <w:rFonts w:ascii="Arial" w:hAnsi="Arial" w:cs="Arial"/>
          <w:b/>
          <w:bCs/>
          <w:sz w:val="28"/>
          <w:szCs w:val="28"/>
          <w:u w:val="single"/>
        </w:rPr>
        <w:t xml:space="preserve"> du clan</w:t>
      </w:r>
    </w:p>
    <w:p w14:paraId="668989BC" w14:textId="387BAD50" w:rsidR="00E972D9" w:rsidRDefault="00E972D9" w:rsidP="00E97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b/>
          <w:bCs/>
          <w:u w:val="single"/>
        </w:rPr>
        <w:t xml:space="preserve">Objectifs </w:t>
      </w:r>
      <w:r w:rsidRPr="00D27CB3">
        <w:rPr>
          <w:rFonts w:ascii="Arial" w:hAnsi="Arial" w:cs="Arial"/>
          <w:b/>
          <w:bCs/>
        </w:rPr>
        <w:t xml:space="preserve">: </w:t>
      </w:r>
      <w:r w:rsidRPr="00D27CB3">
        <w:rPr>
          <w:rFonts w:ascii="Arial" w:hAnsi="Arial" w:cs="Arial"/>
        </w:rPr>
        <w:t xml:space="preserve">. </w:t>
      </w:r>
      <w:r w:rsidR="00121DC3">
        <w:rPr>
          <w:rFonts w:ascii="Arial" w:hAnsi="Arial" w:cs="Arial"/>
          <w:lang w:val="fr-FR"/>
        </w:rPr>
        <w:t>Comprendre la symbolique d’un clan</w:t>
      </w:r>
    </w:p>
    <w:p w14:paraId="5D7F6615" w14:textId="77777777" w:rsidR="00121DC3" w:rsidRPr="00D27CB3" w:rsidRDefault="00121DC3" w:rsidP="00121D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</w:rPr>
      </w:pPr>
    </w:p>
    <w:p w14:paraId="57D167E1" w14:textId="77777777" w:rsidR="00E972D9" w:rsidRPr="00D27CB3" w:rsidRDefault="00E972D9" w:rsidP="00E97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b/>
          <w:bCs/>
          <w:u w:val="single"/>
          <w:lang w:val="fr-FR"/>
        </w:rPr>
        <w:t>Compétences :</w:t>
      </w:r>
      <w:r w:rsidRPr="00D27CB3">
        <w:rPr>
          <w:rFonts w:ascii="Arial" w:hAnsi="Arial" w:cs="Arial"/>
          <w:lang w:val="fr-FR"/>
        </w:rPr>
        <w:t xml:space="preserve"> </w:t>
      </w:r>
    </w:p>
    <w:p w14:paraId="178AFA55" w14:textId="3130F616" w:rsidR="00E972D9" w:rsidRPr="00364048" w:rsidRDefault="00E972D9" w:rsidP="00E97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lang w:val="fr-FR"/>
        </w:rPr>
      </w:pPr>
      <w:r w:rsidRPr="00D27CB3">
        <w:rPr>
          <w:rFonts w:ascii="Arial" w:hAnsi="Arial" w:cs="Arial"/>
          <w:lang w:val="fr-FR"/>
        </w:rPr>
        <w:t>. Je suis capable d</w:t>
      </w:r>
      <w:r w:rsidR="009D741F">
        <w:rPr>
          <w:rFonts w:ascii="Arial" w:hAnsi="Arial" w:cs="Arial"/>
          <w:lang w:val="fr-FR"/>
        </w:rPr>
        <w:t xml:space="preserve">e connaître la fonction et les symboliques de la case et du totem </w:t>
      </w:r>
    </w:p>
    <w:p w14:paraId="149FF623" w14:textId="77777777" w:rsidR="00B305BC" w:rsidRPr="00D27CB3" w:rsidRDefault="00B305BC" w:rsidP="00A51C7F">
      <w:pPr>
        <w:rPr>
          <w:rFonts w:ascii="Arial" w:hAnsi="Arial" w:cs="Arial"/>
        </w:rPr>
      </w:pPr>
    </w:p>
    <w:p w14:paraId="0D09E385" w14:textId="6675A472" w:rsidR="007901E1" w:rsidRDefault="007901E1" w:rsidP="00F62DBA">
      <w:pPr>
        <w:pStyle w:val="Paragraphedeliste"/>
        <w:numPr>
          <w:ilvl w:val="0"/>
          <w:numId w:val="27"/>
        </w:numPr>
        <w:rPr>
          <w:rFonts w:ascii="Arial" w:hAnsi="Arial" w:cs="Arial"/>
        </w:rPr>
      </w:pPr>
      <w:r w:rsidRPr="00F62DBA">
        <w:rPr>
          <w:rFonts w:ascii="Arial" w:hAnsi="Arial" w:cs="Arial"/>
        </w:rPr>
        <w:t>Complète ce tableau avec l’aide du document pr</w:t>
      </w:r>
      <w:r w:rsidR="00F62DBA" w:rsidRPr="00F62DBA">
        <w:rPr>
          <w:rFonts w:ascii="Arial" w:hAnsi="Arial" w:cs="Arial"/>
        </w:rPr>
        <w:t>o</w:t>
      </w:r>
      <w:r w:rsidRPr="00F62DBA">
        <w:rPr>
          <w:rFonts w:ascii="Arial" w:hAnsi="Arial" w:cs="Arial"/>
        </w:rPr>
        <w:t xml:space="preserve">posé </w:t>
      </w:r>
      <w:r w:rsidR="00F62DBA" w:rsidRPr="00F62DBA">
        <w:rPr>
          <w:rFonts w:ascii="Arial" w:hAnsi="Arial" w:cs="Arial"/>
        </w:rPr>
        <w:t xml:space="preserve">et un camarade </w:t>
      </w:r>
      <w:r w:rsidR="002A2097">
        <w:rPr>
          <w:rFonts w:ascii="Arial" w:hAnsi="Arial" w:cs="Arial"/>
        </w:rPr>
        <w:t xml:space="preserve">     /8</w:t>
      </w:r>
    </w:p>
    <w:p w14:paraId="35850710" w14:textId="5C2F4C73" w:rsidR="007901E1" w:rsidRDefault="003D09FB" w:rsidP="00A51C7F">
      <w:pPr>
        <w:rPr>
          <w:rFonts w:ascii="Arial" w:hAnsi="Arial" w:cs="Arial"/>
        </w:rPr>
      </w:pPr>
      <w:r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15744" behindDoc="1" locked="0" layoutInCell="1" allowOverlap="1" wp14:anchorId="770FF32E" wp14:editId="55AF7F22">
            <wp:simplePos x="0" y="0"/>
            <wp:positionH relativeFrom="column">
              <wp:posOffset>-180975</wp:posOffset>
            </wp:positionH>
            <wp:positionV relativeFrom="paragraph">
              <wp:posOffset>265430</wp:posOffset>
            </wp:positionV>
            <wp:extent cx="3657600" cy="5328920"/>
            <wp:effectExtent l="0" t="0" r="0" b="5080"/>
            <wp:wrapTight wrapText="bothSides">
              <wp:wrapPolygon edited="0">
                <wp:start x="0" y="0"/>
                <wp:lineTo x="0" y="21543"/>
                <wp:lineTo x="21488" y="21543"/>
                <wp:lineTo x="21488" y="0"/>
                <wp:lineTo x="0" y="0"/>
              </wp:wrapPolygon>
            </wp:wrapTight>
            <wp:docPr id="13197062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06222" name="Image 13197062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B997C" w14:textId="77777777" w:rsidR="00E15793" w:rsidRDefault="00E15793" w:rsidP="00A51C7F">
      <w:pPr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XSpec="right" w:tblpY="493"/>
        <w:tblW w:w="0" w:type="auto"/>
        <w:tblLook w:val="04A0" w:firstRow="1" w:lastRow="0" w:firstColumn="1" w:lastColumn="0" w:noHBand="0" w:noVBand="1"/>
      </w:tblPr>
      <w:tblGrid>
        <w:gridCol w:w="339"/>
        <w:gridCol w:w="1577"/>
        <w:gridCol w:w="1577"/>
        <w:gridCol w:w="1740"/>
      </w:tblGrid>
      <w:tr w:rsidR="00F62DBA" w14:paraId="5858DC8C" w14:textId="77777777" w:rsidTr="00F62DBA">
        <w:tc>
          <w:tcPr>
            <w:tcW w:w="339" w:type="dxa"/>
          </w:tcPr>
          <w:p w14:paraId="6D6A1E1D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1B122C28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 langue </w:t>
            </w:r>
          </w:p>
          <w:p w14:paraId="2334CA7B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</w:t>
            </w:r>
          </w:p>
        </w:tc>
        <w:tc>
          <w:tcPr>
            <w:tcW w:w="1577" w:type="dxa"/>
          </w:tcPr>
          <w:p w14:paraId="3B48A341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Autre langue</w:t>
            </w:r>
          </w:p>
          <w:p w14:paraId="6CABD4E5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</w:t>
            </w:r>
          </w:p>
        </w:tc>
        <w:tc>
          <w:tcPr>
            <w:tcW w:w="1740" w:type="dxa"/>
          </w:tcPr>
          <w:p w14:paraId="2AC05DD3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Symbolisme</w:t>
            </w:r>
          </w:p>
          <w:p w14:paraId="08F7FC6B" w14:textId="77777777" w:rsidR="009F00C5" w:rsidRDefault="009F00C5" w:rsidP="00F62DBA">
            <w:pPr>
              <w:rPr>
                <w:rFonts w:ascii="Arial" w:hAnsi="Arial" w:cs="Arial"/>
              </w:rPr>
            </w:pPr>
          </w:p>
          <w:p w14:paraId="17133EB1" w14:textId="77777777" w:rsidR="009F00C5" w:rsidRDefault="009F00C5" w:rsidP="00F62DBA">
            <w:pPr>
              <w:rPr>
                <w:rFonts w:ascii="Arial" w:hAnsi="Arial" w:cs="Arial"/>
              </w:rPr>
            </w:pPr>
          </w:p>
        </w:tc>
      </w:tr>
      <w:tr w:rsidR="00F62DBA" w14:paraId="3DD2AE24" w14:textId="77777777" w:rsidTr="00F62DBA">
        <w:tc>
          <w:tcPr>
            <w:tcW w:w="339" w:type="dxa"/>
          </w:tcPr>
          <w:p w14:paraId="6411D54D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77" w:type="dxa"/>
          </w:tcPr>
          <w:p w14:paraId="1B30E123" w14:textId="77777777" w:rsidR="00F62DBA" w:rsidRDefault="00F62DBA" w:rsidP="00F62DBA">
            <w:pPr>
              <w:rPr>
                <w:rFonts w:ascii="Arial" w:hAnsi="Arial" w:cs="Arial"/>
              </w:rPr>
            </w:pPr>
          </w:p>
          <w:p w14:paraId="3D39C05A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6B94FEDB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740" w:type="dxa"/>
          </w:tcPr>
          <w:p w14:paraId="4E02004F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</w:tr>
      <w:tr w:rsidR="00F62DBA" w14:paraId="4E125FC1" w14:textId="77777777" w:rsidTr="00F62DBA">
        <w:tc>
          <w:tcPr>
            <w:tcW w:w="339" w:type="dxa"/>
          </w:tcPr>
          <w:p w14:paraId="566F73F1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577" w:type="dxa"/>
          </w:tcPr>
          <w:p w14:paraId="0CBFCEBA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br/>
            </w:r>
          </w:p>
        </w:tc>
        <w:tc>
          <w:tcPr>
            <w:tcW w:w="1577" w:type="dxa"/>
          </w:tcPr>
          <w:p w14:paraId="356A77CF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740" w:type="dxa"/>
          </w:tcPr>
          <w:p w14:paraId="5083098E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</w:tr>
      <w:tr w:rsidR="00F62DBA" w14:paraId="75883508" w14:textId="77777777" w:rsidTr="00F62DBA">
        <w:tc>
          <w:tcPr>
            <w:tcW w:w="339" w:type="dxa"/>
          </w:tcPr>
          <w:p w14:paraId="31F060C8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577" w:type="dxa"/>
          </w:tcPr>
          <w:p w14:paraId="6DBDA12F" w14:textId="77777777" w:rsidR="00F62DBA" w:rsidRDefault="00F62DBA" w:rsidP="00F62DBA">
            <w:pPr>
              <w:rPr>
                <w:rFonts w:ascii="Arial" w:hAnsi="Arial" w:cs="Arial"/>
              </w:rPr>
            </w:pPr>
          </w:p>
          <w:p w14:paraId="1EDD81AF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32C4E8EC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740" w:type="dxa"/>
          </w:tcPr>
          <w:p w14:paraId="4728711D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</w:tr>
      <w:tr w:rsidR="00F62DBA" w14:paraId="49DC773D" w14:textId="77777777" w:rsidTr="00F62DBA">
        <w:tc>
          <w:tcPr>
            <w:tcW w:w="339" w:type="dxa"/>
          </w:tcPr>
          <w:p w14:paraId="05676966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77" w:type="dxa"/>
          </w:tcPr>
          <w:p w14:paraId="6B431A56" w14:textId="77777777" w:rsidR="00F62DBA" w:rsidRDefault="00F62DBA" w:rsidP="00F62DBA">
            <w:pPr>
              <w:rPr>
                <w:rFonts w:ascii="Arial" w:hAnsi="Arial" w:cs="Arial"/>
              </w:rPr>
            </w:pPr>
          </w:p>
          <w:p w14:paraId="08563C7F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6F5B934C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740" w:type="dxa"/>
          </w:tcPr>
          <w:p w14:paraId="272ECF89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</w:tr>
      <w:tr w:rsidR="00F62DBA" w14:paraId="28620EEF" w14:textId="77777777" w:rsidTr="00F62DBA">
        <w:tc>
          <w:tcPr>
            <w:tcW w:w="339" w:type="dxa"/>
          </w:tcPr>
          <w:p w14:paraId="29D7290B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577" w:type="dxa"/>
          </w:tcPr>
          <w:p w14:paraId="3E4E4238" w14:textId="77777777" w:rsidR="00F62DBA" w:rsidRDefault="00F62DBA" w:rsidP="00F62DBA">
            <w:pPr>
              <w:rPr>
                <w:rFonts w:ascii="Arial" w:hAnsi="Arial" w:cs="Arial"/>
              </w:rPr>
            </w:pPr>
          </w:p>
          <w:p w14:paraId="5B4F3329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086A9D6A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740" w:type="dxa"/>
          </w:tcPr>
          <w:p w14:paraId="7D25A619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</w:tr>
      <w:tr w:rsidR="00F62DBA" w14:paraId="374D6AAE" w14:textId="77777777" w:rsidTr="00F62DBA">
        <w:tc>
          <w:tcPr>
            <w:tcW w:w="339" w:type="dxa"/>
          </w:tcPr>
          <w:p w14:paraId="54E3B86C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77" w:type="dxa"/>
          </w:tcPr>
          <w:p w14:paraId="3F26D9A8" w14:textId="77777777" w:rsidR="00F62DBA" w:rsidRDefault="00F62DBA" w:rsidP="00F62DBA">
            <w:pPr>
              <w:rPr>
                <w:rFonts w:ascii="Arial" w:hAnsi="Arial" w:cs="Arial"/>
              </w:rPr>
            </w:pPr>
          </w:p>
          <w:p w14:paraId="5078D460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4678589E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740" w:type="dxa"/>
          </w:tcPr>
          <w:p w14:paraId="11EC74E7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</w:tr>
      <w:tr w:rsidR="00F62DBA" w14:paraId="3AA73906" w14:textId="77777777" w:rsidTr="00F62DBA">
        <w:tc>
          <w:tcPr>
            <w:tcW w:w="339" w:type="dxa"/>
          </w:tcPr>
          <w:p w14:paraId="300267DC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577" w:type="dxa"/>
          </w:tcPr>
          <w:p w14:paraId="675723CF" w14:textId="77777777" w:rsidR="00F62DBA" w:rsidRDefault="00F62DBA" w:rsidP="00F62DBA">
            <w:pPr>
              <w:rPr>
                <w:rFonts w:ascii="Arial" w:hAnsi="Arial" w:cs="Arial"/>
              </w:rPr>
            </w:pPr>
          </w:p>
          <w:p w14:paraId="1505A195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14147B64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740" w:type="dxa"/>
          </w:tcPr>
          <w:p w14:paraId="70CE6FE3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</w:tr>
      <w:tr w:rsidR="00F62DBA" w14:paraId="1BEDEF05" w14:textId="77777777" w:rsidTr="00F62DBA">
        <w:tc>
          <w:tcPr>
            <w:tcW w:w="339" w:type="dxa"/>
          </w:tcPr>
          <w:p w14:paraId="3C4361D6" w14:textId="77777777" w:rsidR="00F62DBA" w:rsidRDefault="00F62DBA" w:rsidP="00F62DB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577" w:type="dxa"/>
          </w:tcPr>
          <w:p w14:paraId="000D339A" w14:textId="77777777" w:rsidR="00F62DBA" w:rsidRDefault="00F62DBA" w:rsidP="00F62DBA">
            <w:pPr>
              <w:rPr>
                <w:rFonts w:ascii="Arial" w:hAnsi="Arial" w:cs="Arial"/>
              </w:rPr>
            </w:pPr>
          </w:p>
          <w:p w14:paraId="15813ACB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577" w:type="dxa"/>
          </w:tcPr>
          <w:p w14:paraId="19B938CB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  <w:tc>
          <w:tcPr>
            <w:tcW w:w="1740" w:type="dxa"/>
          </w:tcPr>
          <w:p w14:paraId="71C489F8" w14:textId="77777777" w:rsidR="00F62DBA" w:rsidRDefault="00F62DBA" w:rsidP="00F62DBA">
            <w:pPr>
              <w:rPr>
                <w:rFonts w:ascii="Arial" w:hAnsi="Arial" w:cs="Arial"/>
              </w:rPr>
            </w:pPr>
          </w:p>
        </w:tc>
      </w:tr>
    </w:tbl>
    <w:p w14:paraId="5B475646" w14:textId="77777777" w:rsidR="00E15793" w:rsidRDefault="00E15793" w:rsidP="00A51C7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14CE230D" w14:textId="241BD857" w:rsidR="00E15793" w:rsidRDefault="00E15793" w:rsidP="00A51C7F">
      <w:pPr>
        <w:rPr>
          <w:rFonts w:ascii="Arial" w:hAnsi="Arial" w:cs="Arial"/>
        </w:rPr>
      </w:pPr>
    </w:p>
    <w:p w14:paraId="423C16DA" w14:textId="77777777" w:rsidR="00E15793" w:rsidRDefault="00E15793" w:rsidP="00A51C7F">
      <w:pPr>
        <w:rPr>
          <w:rFonts w:ascii="Arial" w:hAnsi="Arial" w:cs="Arial"/>
        </w:rPr>
      </w:pPr>
    </w:p>
    <w:p w14:paraId="00B8A4DD" w14:textId="77777777" w:rsidR="00E15793" w:rsidRDefault="00E15793" w:rsidP="00A51C7F">
      <w:pPr>
        <w:rPr>
          <w:rFonts w:ascii="Arial" w:hAnsi="Arial" w:cs="Arial"/>
        </w:rPr>
      </w:pPr>
    </w:p>
    <w:p w14:paraId="05D63C09" w14:textId="77777777" w:rsidR="00E15793" w:rsidRDefault="00E15793" w:rsidP="00A51C7F">
      <w:pPr>
        <w:rPr>
          <w:rFonts w:ascii="Arial" w:hAnsi="Arial" w:cs="Arial"/>
        </w:rPr>
      </w:pPr>
    </w:p>
    <w:p w14:paraId="06EC1BD1" w14:textId="77777777" w:rsidR="00E15793" w:rsidRDefault="00E15793" w:rsidP="00A51C7F">
      <w:pPr>
        <w:rPr>
          <w:rFonts w:ascii="Arial" w:hAnsi="Arial" w:cs="Arial"/>
        </w:rPr>
      </w:pPr>
    </w:p>
    <w:p w14:paraId="64A741ED" w14:textId="77777777" w:rsidR="00E15793" w:rsidRDefault="00E15793" w:rsidP="00A51C7F">
      <w:pPr>
        <w:rPr>
          <w:rFonts w:ascii="Arial" w:hAnsi="Arial" w:cs="Arial"/>
        </w:rPr>
      </w:pPr>
    </w:p>
    <w:p w14:paraId="304BFC65" w14:textId="77777777" w:rsidR="00E15793" w:rsidRDefault="00E15793" w:rsidP="00A51C7F">
      <w:pPr>
        <w:rPr>
          <w:rFonts w:ascii="Arial" w:hAnsi="Arial" w:cs="Arial"/>
        </w:rPr>
      </w:pPr>
    </w:p>
    <w:p w14:paraId="2503D419" w14:textId="77777777" w:rsidR="00E15793" w:rsidRDefault="00E15793" w:rsidP="00A51C7F">
      <w:pPr>
        <w:rPr>
          <w:rFonts w:ascii="Arial" w:hAnsi="Arial" w:cs="Arial"/>
        </w:rPr>
      </w:pPr>
    </w:p>
    <w:p w14:paraId="28061613" w14:textId="7AC2D5D1" w:rsidR="007901E1" w:rsidRPr="00560022" w:rsidRDefault="007901E1" w:rsidP="00A51C7F">
      <w:pPr>
        <w:rPr>
          <w:rFonts w:ascii="Arial" w:hAnsi="Arial" w:cs="Arial"/>
        </w:rPr>
      </w:pPr>
    </w:p>
    <w:p w14:paraId="2215065F" w14:textId="0EBA64D6" w:rsidR="007901E1" w:rsidRPr="00560022" w:rsidRDefault="007901E1" w:rsidP="00A51C7F">
      <w:pPr>
        <w:pStyle w:val="Paragraphedeliste"/>
        <w:numPr>
          <w:ilvl w:val="0"/>
          <w:numId w:val="27"/>
        </w:numPr>
        <w:rPr>
          <w:rFonts w:ascii="Arial" w:hAnsi="Arial" w:cs="Arial"/>
        </w:rPr>
      </w:pPr>
      <w:r w:rsidRPr="00560022">
        <w:rPr>
          <w:rFonts w:ascii="Arial" w:hAnsi="Arial" w:cs="Arial"/>
        </w:rPr>
        <w:t>Dans ton aire coutumière comment est la case, la fèche faitière et le chambranle</w:t>
      </w:r>
      <w:r w:rsidR="00F62DBA" w:rsidRPr="00560022">
        <w:rPr>
          <w:rFonts w:ascii="Arial" w:hAnsi="Arial" w:cs="Arial"/>
        </w:rPr>
        <w:t xml:space="preserve"> puis demande à 2 camarades pour leur aire .</w:t>
      </w:r>
      <w:r w:rsidR="002A2097">
        <w:rPr>
          <w:rFonts w:ascii="Arial" w:hAnsi="Arial" w:cs="Arial"/>
        </w:rPr>
        <w:t xml:space="preserve">   /2 </w:t>
      </w:r>
    </w:p>
    <w:p w14:paraId="1E938C1E" w14:textId="154BEAFE" w:rsidR="009930CE" w:rsidRPr="00560022" w:rsidRDefault="009930CE" w:rsidP="009930CE">
      <w:pPr>
        <w:pStyle w:val="Paragraphedeliste"/>
        <w:rPr>
          <w:rFonts w:ascii="Arial" w:hAnsi="Arial" w:cs="Arial"/>
        </w:rPr>
      </w:pPr>
    </w:p>
    <w:p w14:paraId="6E402C81" w14:textId="2D2EB8CA" w:rsidR="009930CE" w:rsidRPr="00560022" w:rsidRDefault="009930CE" w:rsidP="009930CE">
      <w:pPr>
        <w:pStyle w:val="Paragraphedeliste"/>
        <w:rPr>
          <w:rFonts w:ascii="Arial" w:hAnsi="Arial" w:cs="Arial"/>
        </w:rPr>
      </w:pPr>
    </w:p>
    <w:p w14:paraId="04AFE8EE" w14:textId="3DF0DA1F" w:rsidR="009930CE" w:rsidRPr="00560022" w:rsidRDefault="00560022" w:rsidP="009930CE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 xml:space="preserve">Moi: </w:t>
      </w:r>
    </w:p>
    <w:p w14:paraId="4E7CD3C8" w14:textId="387263B2" w:rsidR="009930CE" w:rsidRPr="00560022" w:rsidRDefault="00560022" w:rsidP="009930CE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67A8B96B" w14:textId="77777777" w:rsidR="00560022" w:rsidRPr="00560022" w:rsidRDefault="00560022" w:rsidP="0056002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4EDE3262" w14:textId="77777777" w:rsidR="00560022" w:rsidRPr="00560022" w:rsidRDefault="00560022" w:rsidP="0056002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207B9954" w14:textId="77777777" w:rsidR="00560022" w:rsidRDefault="00560022" w:rsidP="00560022">
      <w:pPr>
        <w:pStyle w:val="Paragraphedeliste"/>
        <w:rPr>
          <w:rFonts w:ascii="Arial" w:hAnsi="Arial" w:cs="Arial"/>
        </w:rPr>
      </w:pPr>
    </w:p>
    <w:p w14:paraId="3D3FC4C0" w14:textId="03443AF6" w:rsidR="00560022" w:rsidRPr="00560022" w:rsidRDefault="00560022" w:rsidP="0056002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Elève 1 : (nom + prénom + aire) …………………………………………………………………………………………………………………..</w:t>
      </w:r>
    </w:p>
    <w:p w14:paraId="526BC9D9" w14:textId="77777777" w:rsidR="00560022" w:rsidRPr="00560022" w:rsidRDefault="00560022" w:rsidP="0056002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0C2B6A58" w14:textId="0E5959FB" w:rsidR="00560022" w:rsidRPr="00560022" w:rsidRDefault="00560022" w:rsidP="0056002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13CE4E9A" w14:textId="77777777" w:rsidR="00560022" w:rsidRDefault="00560022" w:rsidP="00560022">
      <w:pPr>
        <w:pStyle w:val="Paragraphedeliste"/>
        <w:rPr>
          <w:rFonts w:ascii="Arial" w:hAnsi="Arial" w:cs="Arial"/>
        </w:rPr>
      </w:pPr>
    </w:p>
    <w:p w14:paraId="789B63A5" w14:textId="26D5DCDE" w:rsidR="00560022" w:rsidRPr="00560022" w:rsidRDefault="00560022" w:rsidP="0056002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Elève 2 : (nom + prénom + aire) …………………………………………………………………………………………………………………..</w:t>
      </w:r>
    </w:p>
    <w:p w14:paraId="7C4A9B30" w14:textId="5C13704B" w:rsidR="00560022" w:rsidRPr="00560022" w:rsidRDefault="00560022" w:rsidP="0056002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55307028" w14:textId="473B0042" w:rsidR="00560022" w:rsidRPr="00560022" w:rsidRDefault="00560022" w:rsidP="00560022">
      <w:pPr>
        <w:pStyle w:val="Paragraphedelist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…………………………………………………………………………………………………………………..</w:t>
      </w:r>
    </w:p>
    <w:p w14:paraId="094C92B1" w14:textId="359D0828" w:rsidR="009930CE" w:rsidRPr="00560022" w:rsidRDefault="009930CE" w:rsidP="009930CE">
      <w:pPr>
        <w:pStyle w:val="Paragraphedeliste"/>
        <w:rPr>
          <w:rFonts w:ascii="Arial" w:hAnsi="Arial" w:cs="Arial"/>
        </w:rPr>
      </w:pPr>
    </w:p>
    <w:p w14:paraId="0EFF6D00" w14:textId="7CEF00F3" w:rsidR="009930CE" w:rsidRPr="00560022" w:rsidRDefault="009F00C5" w:rsidP="009930CE">
      <w:pPr>
        <w:pStyle w:val="Paragraphedeliste"/>
        <w:rPr>
          <w:rFonts w:ascii="Arial" w:hAnsi="Arial" w:cs="Arial"/>
        </w:rPr>
      </w:pPr>
      <w:r w:rsidRPr="00560022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50048" behindDoc="1" locked="0" layoutInCell="1" allowOverlap="1" wp14:anchorId="55EE1D6E" wp14:editId="1D29A276">
            <wp:simplePos x="0" y="0"/>
            <wp:positionH relativeFrom="column">
              <wp:posOffset>3689376</wp:posOffset>
            </wp:positionH>
            <wp:positionV relativeFrom="paragraph">
              <wp:posOffset>128594</wp:posOffset>
            </wp:positionV>
            <wp:extent cx="2799080" cy="3554730"/>
            <wp:effectExtent l="0" t="0" r="1270" b="7620"/>
            <wp:wrapTight wrapText="bothSides">
              <wp:wrapPolygon edited="0">
                <wp:start x="0" y="0"/>
                <wp:lineTo x="0" y="21531"/>
                <wp:lineTo x="21463" y="21531"/>
                <wp:lineTo x="21463" y="0"/>
                <wp:lineTo x="0" y="0"/>
              </wp:wrapPolygon>
            </wp:wrapTight>
            <wp:docPr id="13893482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48273" name="Image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CDC64" w14:textId="71985B2F" w:rsidR="009930CE" w:rsidRPr="00560022" w:rsidRDefault="009930CE" w:rsidP="009930CE">
      <w:pPr>
        <w:pStyle w:val="Paragraphedeliste"/>
        <w:rPr>
          <w:rFonts w:ascii="Arial" w:hAnsi="Arial" w:cs="Arial"/>
        </w:rPr>
      </w:pPr>
    </w:p>
    <w:p w14:paraId="37BB88E1" w14:textId="6057CF75" w:rsidR="00F62DBA" w:rsidRPr="00560022" w:rsidRDefault="003D09FB" w:rsidP="00F62DBA">
      <w:pPr>
        <w:rPr>
          <w:rFonts w:ascii="Arial" w:hAnsi="Arial" w:cs="Arial"/>
        </w:rPr>
      </w:pPr>
      <w:r w:rsidRPr="00560022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713024" behindDoc="1" locked="0" layoutInCell="1" allowOverlap="1" wp14:anchorId="5F8DA41B" wp14:editId="777BDDF9">
            <wp:simplePos x="0" y="0"/>
            <wp:positionH relativeFrom="column">
              <wp:posOffset>463550</wp:posOffset>
            </wp:positionH>
            <wp:positionV relativeFrom="paragraph">
              <wp:posOffset>81915</wp:posOffset>
            </wp:positionV>
            <wp:extent cx="2252980" cy="2892425"/>
            <wp:effectExtent l="0" t="0" r="0" b="3175"/>
            <wp:wrapTight wrapText="bothSides">
              <wp:wrapPolygon edited="0">
                <wp:start x="0" y="0"/>
                <wp:lineTo x="0" y="21481"/>
                <wp:lineTo x="21369" y="21481"/>
                <wp:lineTo x="21369" y="0"/>
                <wp:lineTo x="0" y="0"/>
              </wp:wrapPolygon>
            </wp:wrapTight>
            <wp:docPr id="1598107043" name="Image 7" descr="Une image contenant art, intérieur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107043" name="Image 7" descr="Une image contenant art, intérieur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5A7BD" w14:textId="68774429" w:rsidR="007070B5" w:rsidRPr="00560022" w:rsidRDefault="007070B5" w:rsidP="007070B5">
      <w:pPr>
        <w:rPr>
          <w:rFonts w:ascii="Arial" w:hAnsi="Arial" w:cs="Arial"/>
        </w:rPr>
      </w:pPr>
    </w:p>
    <w:p w14:paraId="5AEB54E9" w14:textId="77777777" w:rsidR="009930CE" w:rsidRPr="00560022" w:rsidRDefault="009930CE" w:rsidP="007070B5">
      <w:pPr>
        <w:rPr>
          <w:rFonts w:ascii="Arial" w:hAnsi="Arial" w:cs="Arial"/>
        </w:rPr>
      </w:pPr>
    </w:p>
    <w:p w14:paraId="5FD03DE8" w14:textId="165DFD07" w:rsidR="009930CE" w:rsidRPr="00560022" w:rsidRDefault="009930CE" w:rsidP="007070B5">
      <w:pPr>
        <w:rPr>
          <w:rFonts w:ascii="Arial" w:hAnsi="Arial" w:cs="Arial"/>
        </w:rPr>
      </w:pPr>
    </w:p>
    <w:p w14:paraId="077D4063" w14:textId="25CE2825" w:rsidR="009930CE" w:rsidRPr="00560022" w:rsidRDefault="009930CE" w:rsidP="007070B5">
      <w:pPr>
        <w:rPr>
          <w:rFonts w:ascii="Arial" w:hAnsi="Arial" w:cs="Arial"/>
        </w:rPr>
      </w:pPr>
    </w:p>
    <w:p w14:paraId="225119A4" w14:textId="2149D7B0" w:rsidR="009930CE" w:rsidRPr="00560022" w:rsidRDefault="009930CE" w:rsidP="007070B5">
      <w:pPr>
        <w:rPr>
          <w:rFonts w:ascii="Arial" w:hAnsi="Arial" w:cs="Arial"/>
        </w:rPr>
      </w:pPr>
    </w:p>
    <w:p w14:paraId="7B533394" w14:textId="71922408" w:rsidR="009930CE" w:rsidRPr="00560022" w:rsidRDefault="009930CE" w:rsidP="007070B5">
      <w:pPr>
        <w:rPr>
          <w:rFonts w:ascii="Arial" w:hAnsi="Arial" w:cs="Arial"/>
        </w:rPr>
      </w:pPr>
    </w:p>
    <w:p w14:paraId="7C4E2F19" w14:textId="5DB06264" w:rsidR="009930CE" w:rsidRPr="00560022" w:rsidRDefault="009930CE" w:rsidP="007070B5">
      <w:pPr>
        <w:rPr>
          <w:rFonts w:ascii="Arial" w:hAnsi="Arial" w:cs="Arial"/>
        </w:rPr>
      </w:pPr>
    </w:p>
    <w:p w14:paraId="4EB9F668" w14:textId="77777777" w:rsidR="009930CE" w:rsidRPr="00560022" w:rsidRDefault="009930CE" w:rsidP="007070B5">
      <w:pPr>
        <w:rPr>
          <w:rFonts w:ascii="Arial" w:hAnsi="Arial" w:cs="Arial"/>
        </w:rPr>
      </w:pPr>
    </w:p>
    <w:p w14:paraId="544D9F02" w14:textId="5FB49DC6" w:rsidR="009930CE" w:rsidRPr="00560022" w:rsidRDefault="009930CE" w:rsidP="007070B5">
      <w:pPr>
        <w:rPr>
          <w:rFonts w:ascii="Arial" w:hAnsi="Arial" w:cs="Arial"/>
        </w:rPr>
      </w:pPr>
    </w:p>
    <w:p w14:paraId="023898FB" w14:textId="7D3968C5" w:rsidR="009930CE" w:rsidRPr="00560022" w:rsidRDefault="009930CE" w:rsidP="007070B5">
      <w:pPr>
        <w:rPr>
          <w:rFonts w:ascii="Arial" w:hAnsi="Arial" w:cs="Arial"/>
        </w:rPr>
      </w:pPr>
    </w:p>
    <w:p w14:paraId="64D49778" w14:textId="77777777" w:rsidR="009930CE" w:rsidRPr="00560022" w:rsidRDefault="009930CE" w:rsidP="007070B5">
      <w:pPr>
        <w:rPr>
          <w:rFonts w:ascii="Arial" w:hAnsi="Arial" w:cs="Arial"/>
        </w:rPr>
      </w:pPr>
    </w:p>
    <w:p w14:paraId="2E0EEE2A" w14:textId="628F1A67" w:rsidR="009930CE" w:rsidRDefault="009930CE" w:rsidP="007070B5">
      <w:pPr>
        <w:rPr>
          <w:rFonts w:ascii="Arial" w:hAnsi="Arial" w:cs="Arial"/>
        </w:rPr>
      </w:pPr>
    </w:p>
    <w:p w14:paraId="659CE50F" w14:textId="77777777" w:rsidR="00560022" w:rsidRDefault="00560022" w:rsidP="007070B5">
      <w:pPr>
        <w:rPr>
          <w:rFonts w:ascii="Arial" w:hAnsi="Arial" w:cs="Arial"/>
        </w:rPr>
      </w:pPr>
    </w:p>
    <w:p w14:paraId="26B2DD3C" w14:textId="77777777" w:rsidR="00560022" w:rsidRPr="00560022" w:rsidRDefault="00560022" w:rsidP="007070B5">
      <w:pPr>
        <w:rPr>
          <w:rFonts w:ascii="Arial" w:hAnsi="Arial" w:cs="Arial"/>
        </w:rPr>
      </w:pPr>
    </w:p>
    <w:p w14:paraId="58F7CDEC" w14:textId="26FD66EB" w:rsidR="009930CE" w:rsidRPr="00560022" w:rsidRDefault="009930CE" w:rsidP="00560022">
      <w:pPr>
        <w:pStyle w:val="Paragraphedeliste"/>
        <w:numPr>
          <w:ilvl w:val="0"/>
          <w:numId w:val="27"/>
        </w:numPr>
        <w:spacing w:after="0" w:line="360" w:lineRule="auto"/>
        <w:rPr>
          <w:rFonts w:ascii="Arial" w:hAnsi="Arial" w:cs="Arial"/>
        </w:rPr>
      </w:pPr>
      <w:r w:rsidRPr="00560022">
        <w:rPr>
          <w:rFonts w:ascii="Arial" w:hAnsi="Arial" w:cs="Arial"/>
        </w:rPr>
        <w:t xml:space="preserve">Tu appartiens au clan des gardiens, le conseil des anciens te demande concevoir un chambranle. </w:t>
      </w:r>
    </w:p>
    <w:p w14:paraId="35A3BE10" w14:textId="4263BA6B" w:rsidR="009930CE" w:rsidRPr="00560022" w:rsidRDefault="00024615" w:rsidP="00560022">
      <w:pPr>
        <w:spacing w:after="0" w:line="360" w:lineRule="auto"/>
        <w:rPr>
          <w:rFonts w:ascii="Arial" w:hAnsi="Arial" w:cs="Arial"/>
        </w:rPr>
      </w:pPr>
      <w:r w:rsidRPr="00560022">
        <w:rPr>
          <w:rFonts w:ascii="Arial" w:hAnsi="Arial" w:cs="Arial"/>
        </w:rPr>
        <w:t xml:space="preserve">            </w:t>
      </w:r>
      <w:r w:rsidR="009930CE" w:rsidRPr="00560022">
        <w:rPr>
          <w:rFonts w:ascii="Arial" w:hAnsi="Arial" w:cs="Arial"/>
        </w:rPr>
        <w:t xml:space="preserve">Ce chambranle doit représenter ton clan, ton totem, ta tribu, ton aire, </w:t>
      </w:r>
      <w:r w:rsidR="002A2097">
        <w:rPr>
          <w:rFonts w:ascii="Arial" w:hAnsi="Arial" w:cs="Arial"/>
        </w:rPr>
        <w:t xml:space="preserve">               /10 </w:t>
      </w:r>
    </w:p>
    <w:p w14:paraId="7F65F935" w14:textId="7B900BEA" w:rsidR="00560022" w:rsidRPr="00560022" w:rsidRDefault="00560022" w:rsidP="00560022">
      <w:pPr>
        <w:rPr>
          <w:rFonts w:ascii="Arial" w:hAnsi="Arial" w:cs="Arial"/>
        </w:rPr>
      </w:pPr>
      <w:r>
        <w:rPr>
          <w:rFonts w:ascii="Arial" w:hAnsi="Arial" w:cs="Arial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F8AD4F0" wp14:editId="5E00ED48">
                <wp:simplePos x="0" y="0"/>
                <wp:positionH relativeFrom="column">
                  <wp:posOffset>1719943</wp:posOffset>
                </wp:positionH>
                <wp:positionV relativeFrom="paragraph">
                  <wp:posOffset>584835</wp:posOffset>
                </wp:positionV>
                <wp:extent cx="2609850" cy="5399314"/>
                <wp:effectExtent l="0" t="0" r="19050" b="11430"/>
                <wp:wrapNone/>
                <wp:docPr id="808509904" name="Rectangle : avec coins arrondis en ha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5399314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82FBA" id="Rectangle : avec coins arrondis en haut 8" o:spid="_x0000_s1026" style="position:absolute;margin-left:135.45pt;margin-top:46.05pt;width:205.5pt;height:425.1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09850,5399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" path="m434984,l2174866,v240235,,434984,194749,434984,434984l2609850,5399314r,l,5399314r,l,434984c,194749,194749,,434984,xe" fillcolor="white [3201]" strokecolor="black [3200]" strokeweight="2pt">
                <v:path arrowok="t" o:connecttype="custom" o:connectlocs="434984,0;2174866,0;2609850,434984;2609850,5399314;2609850,5399314;0,5399314;0,5399314;0,434984;434984,0" o:connectangles="0,0,0,0,0,0,0,0,0"/>
              </v:shape>
            </w:pict>
          </mc:Fallback>
        </mc:AlternateContent>
      </w:r>
      <w:r w:rsidRPr="00560022">
        <w:rPr>
          <w:rFonts w:ascii="Arial" w:hAnsi="Arial" w:cs="Arial"/>
        </w:rPr>
        <w:br/>
        <w:t xml:space="preserve">-  </w:t>
      </w:r>
      <w:r w:rsidRPr="00560022">
        <w:rPr>
          <w:rFonts w:ascii="Arial" w:hAnsi="Arial" w:cs="Arial"/>
          <w:b/>
          <w:bCs/>
          <w:sz w:val="24"/>
          <w:szCs w:val="24"/>
        </w:rPr>
        <w:t>Création artistique :</w:t>
      </w:r>
      <w:r w:rsidRPr="00560022">
        <w:rPr>
          <w:rFonts w:ascii="Arial" w:hAnsi="Arial" w:cs="Arial"/>
        </w:rPr>
        <w:t xml:space="preserve"> Dessine </w:t>
      </w:r>
      <w:r>
        <w:rPr>
          <w:rFonts w:ascii="Arial" w:hAnsi="Arial" w:cs="Arial"/>
        </w:rPr>
        <w:t xml:space="preserve">ton chambranle </w:t>
      </w:r>
      <w:r w:rsidRPr="00560022">
        <w:rPr>
          <w:rFonts w:ascii="Arial" w:hAnsi="Arial" w:cs="Arial"/>
        </w:rPr>
        <w:t>.</w:t>
      </w:r>
      <w:r w:rsidR="002A2097">
        <w:rPr>
          <w:rFonts w:ascii="Arial" w:hAnsi="Arial" w:cs="Arial"/>
        </w:rPr>
        <w:t xml:space="preserve">                               </w:t>
      </w:r>
      <w:r w:rsidRPr="00560022">
        <w:rPr>
          <w:rFonts w:ascii="Arial" w:hAnsi="Arial" w:cs="Arial"/>
        </w:rPr>
        <w:br/>
      </w:r>
    </w:p>
    <w:p w14:paraId="06166C3B" w14:textId="77777777" w:rsidR="00560022" w:rsidRPr="00560022" w:rsidRDefault="00560022" w:rsidP="00560022">
      <w:pPr>
        <w:rPr>
          <w:rFonts w:ascii="Arial" w:hAnsi="Arial" w:cs="Arial"/>
        </w:rPr>
      </w:pPr>
    </w:p>
    <w:p w14:paraId="2542BE38" w14:textId="77777777" w:rsidR="00560022" w:rsidRPr="00560022" w:rsidRDefault="00560022" w:rsidP="00560022">
      <w:pPr>
        <w:rPr>
          <w:rFonts w:ascii="Arial" w:hAnsi="Arial" w:cs="Arial"/>
        </w:rPr>
      </w:pPr>
    </w:p>
    <w:p w14:paraId="0C883952" w14:textId="77777777" w:rsidR="00560022" w:rsidRPr="00560022" w:rsidRDefault="00560022" w:rsidP="00560022">
      <w:pPr>
        <w:rPr>
          <w:rFonts w:ascii="Arial" w:hAnsi="Arial" w:cs="Arial"/>
        </w:rPr>
      </w:pPr>
    </w:p>
    <w:p w14:paraId="610BC37F" w14:textId="77777777" w:rsidR="00560022" w:rsidRPr="00560022" w:rsidRDefault="00560022" w:rsidP="00560022">
      <w:pPr>
        <w:rPr>
          <w:rFonts w:ascii="Arial" w:hAnsi="Arial" w:cs="Arial"/>
        </w:rPr>
      </w:pPr>
    </w:p>
    <w:p w14:paraId="1B57CEA2" w14:textId="77777777" w:rsidR="00560022" w:rsidRPr="00560022" w:rsidRDefault="00560022" w:rsidP="00560022">
      <w:pPr>
        <w:rPr>
          <w:rFonts w:ascii="Arial" w:hAnsi="Arial" w:cs="Arial"/>
        </w:rPr>
      </w:pPr>
    </w:p>
    <w:p w14:paraId="129EDB1F" w14:textId="77777777" w:rsidR="00560022" w:rsidRPr="00560022" w:rsidRDefault="00560022" w:rsidP="00560022">
      <w:pPr>
        <w:rPr>
          <w:rFonts w:ascii="Arial" w:hAnsi="Arial" w:cs="Arial"/>
        </w:rPr>
      </w:pPr>
    </w:p>
    <w:p w14:paraId="7348E590" w14:textId="77777777" w:rsidR="00560022" w:rsidRPr="00560022" w:rsidRDefault="00560022" w:rsidP="00560022">
      <w:pPr>
        <w:rPr>
          <w:rFonts w:ascii="Arial" w:hAnsi="Arial" w:cs="Arial"/>
        </w:rPr>
      </w:pPr>
    </w:p>
    <w:p w14:paraId="4E9BB315" w14:textId="77777777" w:rsidR="00560022" w:rsidRPr="00560022" w:rsidRDefault="00560022" w:rsidP="00560022">
      <w:pPr>
        <w:rPr>
          <w:rFonts w:ascii="Arial" w:hAnsi="Arial" w:cs="Arial"/>
        </w:rPr>
      </w:pPr>
    </w:p>
    <w:p w14:paraId="46320A84" w14:textId="77777777" w:rsidR="00560022" w:rsidRPr="00560022" w:rsidRDefault="00560022" w:rsidP="00560022">
      <w:pPr>
        <w:rPr>
          <w:rFonts w:ascii="Arial" w:hAnsi="Arial" w:cs="Arial"/>
        </w:rPr>
      </w:pPr>
    </w:p>
    <w:p w14:paraId="08CA3449" w14:textId="77777777" w:rsidR="00560022" w:rsidRPr="00560022" w:rsidRDefault="00560022" w:rsidP="00560022">
      <w:pPr>
        <w:rPr>
          <w:rFonts w:ascii="Arial" w:hAnsi="Arial" w:cs="Arial"/>
        </w:rPr>
      </w:pPr>
    </w:p>
    <w:p w14:paraId="50448F30" w14:textId="77777777" w:rsidR="00560022" w:rsidRPr="00560022" w:rsidRDefault="00560022" w:rsidP="00560022">
      <w:pPr>
        <w:rPr>
          <w:rFonts w:ascii="Arial" w:hAnsi="Arial" w:cs="Arial"/>
        </w:rPr>
      </w:pPr>
    </w:p>
    <w:p w14:paraId="713606E4" w14:textId="77777777" w:rsidR="00560022" w:rsidRPr="00560022" w:rsidRDefault="00560022" w:rsidP="00560022">
      <w:pPr>
        <w:rPr>
          <w:rFonts w:ascii="Arial" w:hAnsi="Arial" w:cs="Arial"/>
        </w:rPr>
      </w:pPr>
    </w:p>
    <w:p w14:paraId="40B34C98" w14:textId="77777777" w:rsidR="00560022" w:rsidRPr="00560022" w:rsidRDefault="00560022" w:rsidP="00560022">
      <w:pPr>
        <w:rPr>
          <w:rFonts w:ascii="Arial" w:hAnsi="Arial" w:cs="Arial"/>
        </w:rPr>
      </w:pPr>
    </w:p>
    <w:p w14:paraId="4E94BED4" w14:textId="77777777" w:rsidR="00560022" w:rsidRDefault="00560022" w:rsidP="00560022">
      <w:pPr>
        <w:rPr>
          <w:rFonts w:ascii="Arial" w:hAnsi="Arial" w:cs="Arial"/>
        </w:rPr>
      </w:pPr>
    </w:p>
    <w:p w14:paraId="5D148C2E" w14:textId="77777777" w:rsidR="00560022" w:rsidRDefault="00560022" w:rsidP="00560022">
      <w:pPr>
        <w:rPr>
          <w:rFonts w:ascii="Arial" w:hAnsi="Arial" w:cs="Arial"/>
        </w:rPr>
      </w:pPr>
    </w:p>
    <w:p w14:paraId="1643B35A" w14:textId="77777777" w:rsidR="003D09FB" w:rsidRDefault="003D09FB" w:rsidP="00560022">
      <w:pPr>
        <w:rPr>
          <w:rFonts w:ascii="Arial" w:hAnsi="Arial" w:cs="Arial"/>
        </w:rPr>
      </w:pPr>
    </w:p>
    <w:p w14:paraId="5BEE0EAB" w14:textId="77777777" w:rsidR="003D09FB" w:rsidRDefault="003D09FB" w:rsidP="00560022">
      <w:pPr>
        <w:rPr>
          <w:rFonts w:ascii="Arial" w:hAnsi="Arial" w:cs="Arial"/>
        </w:rPr>
      </w:pPr>
    </w:p>
    <w:p w14:paraId="398E2F1F" w14:textId="5D03489D" w:rsidR="00560022" w:rsidRPr="00560022" w:rsidRDefault="00560022" w:rsidP="00560022">
      <w:pPr>
        <w:rPr>
          <w:rFonts w:ascii="Arial" w:hAnsi="Arial" w:cs="Arial"/>
          <w:b/>
          <w:bCs/>
          <w:sz w:val="24"/>
          <w:szCs w:val="24"/>
        </w:rPr>
      </w:pPr>
      <w:r w:rsidRPr="00560022">
        <w:rPr>
          <w:rFonts w:ascii="Arial" w:hAnsi="Arial" w:cs="Arial"/>
        </w:rPr>
        <w:br/>
      </w:r>
      <w:r w:rsidRPr="00560022">
        <w:rPr>
          <w:rFonts w:ascii="Arial" w:hAnsi="Arial" w:cs="Arial"/>
          <w:b/>
          <w:bCs/>
          <w:sz w:val="24"/>
          <w:szCs w:val="24"/>
        </w:rPr>
        <w:t xml:space="preserve"> Analyse et présentation :</w:t>
      </w:r>
    </w:p>
    <w:p w14:paraId="1EB2922E" w14:textId="77777777" w:rsidR="00560022" w:rsidRPr="00560022" w:rsidRDefault="00560022" w:rsidP="00560022">
      <w:pPr>
        <w:rPr>
          <w:rFonts w:ascii="Arial" w:hAnsi="Arial" w:cs="Arial"/>
        </w:rPr>
      </w:pPr>
      <w:r w:rsidRPr="00560022">
        <w:rPr>
          <w:rFonts w:ascii="Arial" w:hAnsi="Arial" w:cs="Arial"/>
        </w:rPr>
        <w:t>- Mon totem représente ……………………………………………………………………</w:t>
      </w:r>
    </w:p>
    <w:p w14:paraId="439EA0FD" w14:textId="77777777" w:rsidR="00560022" w:rsidRPr="00560022" w:rsidRDefault="00560022" w:rsidP="00560022">
      <w:pPr>
        <w:rPr>
          <w:rFonts w:ascii="Arial" w:hAnsi="Arial" w:cs="Arial"/>
        </w:rPr>
      </w:pPr>
      <w:r w:rsidRPr="00560022">
        <w:rPr>
          <w:rFonts w:ascii="Arial" w:hAnsi="Arial" w:cs="Arial"/>
        </w:rPr>
        <w:t>- Il exprime ……………………………………………………………………………………</w:t>
      </w:r>
    </w:p>
    <w:p w14:paraId="3792DF2E" w14:textId="77777777" w:rsidR="00560022" w:rsidRPr="00560022" w:rsidRDefault="00560022" w:rsidP="00560022">
      <w:pPr>
        <w:rPr>
          <w:rFonts w:ascii="Arial" w:hAnsi="Arial" w:cs="Arial"/>
        </w:rPr>
      </w:pPr>
      <w:r w:rsidRPr="00560022">
        <w:rPr>
          <w:rFonts w:ascii="Arial" w:hAnsi="Arial" w:cs="Arial"/>
        </w:rPr>
        <w:t>- Il transmet la valeur de ……………………………………………………………………</w:t>
      </w:r>
    </w:p>
    <w:p w14:paraId="65BF31CB" w14:textId="756C0450" w:rsidR="009930CE" w:rsidRPr="00560022" w:rsidRDefault="00990069" w:rsidP="009930CE">
      <w:pPr>
        <w:rPr>
          <w:rFonts w:ascii="Arial" w:hAnsi="Arial" w:cs="Arial"/>
        </w:rPr>
      </w:pPr>
      <w:r w:rsidRPr="00560022">
        <w:rPr>
          <w:rFonts w:ascii="Arial" w:hAnsi="Arial" w:cs="Arial"/>
          <w:noProof/>
          <w:lang w:val="fr-FR" w:eastAsia="fr-FR"/>
        </w:rPr>
        <w:lastRenderedPageBreak/>
        <w:drawing>
          <wp:anchor distT="0" distB="0" distL="114300" distR="114300" simplePos="0" relativeHeight="251709952" behindDoc="1" locked="0" layoutInCell="1" allowOverlap="1" wp14:anchorId="60C95E55" wp14:editId="722E38DF">
            <wp:simplePos x="0" y="0"/>
            <wp:positionH relativeFrom="column">
              <wp:posOffset>-107950</wp:posOffset>
            </wp:positionH>
            <wp:positionV relativeFrom="paragraph">
              <wp:posOffset>349250</wp:posOffset>
            </wp:positionV>
            <wp:extent cx="2312670" cy="3267075"/>
            <wp:effectExtent l="0" t="0" r="0" b="9525"/>
            <wp:wrapTight wrapText="bothSides">
              <wp:wrapPolygon edited="0">
                <wp:start x="0" y="0"/>
                <wp:lineTo x="0" y="21537"/>
                <wp:lineTo x="21351" y="21537"/>
                <wp:lineTo x="21351" y="0"/>
                <wp:lineTo x="0" y="0"/>
              </wp:wrapPolygon>
            </wp:wrapTight>
            <wp:docPr id="1417569676" name="Image 6" descr="Une image contenant dessin, croquis, Dessin d’enfant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69676" name="Image 6" descr="Une image contenant dessin, croquis, Dessin d’enfant, illustration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B6917" w14:textId="5F1CF83C" w:rsidR="009930CE" w:rsidRPr="00560022" w:rsidRDefault="00990069" w:rsidP="007070B5">
      <w:pPr>
        <w:rPr>
          <w:rFonts w:ascii="Arial" w:hAnsi="Arial" w:cs="Arial"/>
        </w:rPr>
      </w:pPr>
      <w:r w:rsidRPr="00560022">
        <w:rPr>
          <w:rFonts w:ascii="Arial" w:hAnsi="Arial" w:cs="Arial"/>
          <w:noProof/>
          <w:lang w:val="fr-FR" w:eastAsia="fr-FR"/>
        </w:rPr>
        <w:drawing>
          <wp:anchor distT="0" distB="0" distL="114300" distR="114300" simplePos="0" relativeHeight="251683328" behindDoc="1" locked="0" layoutInCell="1" allowOverlap="1" wp14:anchorId="094EF5B6" wp14:editId="2F228223">
            <wp:simplePos x="0" y="0"/>
            <wp:positionH relativeFrom="column">
              <wp:posOffset>894864</wp:posOffset>
            </wp:positionH>
            <wp:positionV relativeFrom="paragraph">
              <wp:posOffset>41761</wp:posOffset>
            </wp:positionV>
            <wp:extent cx="281940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454" y="21551"/>
                <wp:lineTo x="21454" y="0"/>
                <wp:lineTo x="0" y="0"/>
              </wp:wrapPolygon>
            </wp:wrapTight>
            <wp:docPr id="642498353" name="Image 5" descr="Une image contenant dessin, art, croquis, colon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498353" name="Image 5" descr="Une image contenant dessin, art, croquis, colonn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894B4" w14:textId="5B8B8CA9" w:rsidR="009930CE" w:rsidRPr="00560022" w:rsidRDefault="009930CE" w:rsidP="007070B5">
      <w:pPr>
        <w:rPr>
          <w:rFonts w:ascii="Arial" w:hAnsi="Arial" w:cs="Arial"/>
        </w:rPr>
      </w:pPr>
    </w:p>
    <w:p w14:paraId="364429FC" w14:textId="7CD53137" w:rsidR="009930CE" w:rsidRPr="00560022" w:rsidRDefault="009930CE" w:rsidP="007070B5">
      <w:pPr>
        <w:rPr>
          <w:rFonts w:ascii="Arial" w:hAnsi="Arial" w:cs="Arial"/>
        </w:rPr>
      </w:pPr>
    </w:p>
    <w:p w14:paraId="007F90B7" w14:textId="77777777" w:rsidR="009930CE" w:rsidRPr="00560022" w:rsidRDefault="009930CE" w:rsidP="007070B5">
      <w:pPr>
        <w:rPr>
          <w:rFonts w:ascii="Arial" w:hAnsi="Arial" w:cs="Arial"/>
        </w:rPr>
      </w:pPr>
    </w:p>
    <w:p w14:paraId="7822D33A" w14:textId="77777777" w:rsidR="00024615" w:rsidRPr="00560022" w:rsidRDefault="00024615" w:rsidP="007070B5">
      <w:pPr>
        <w:rPr>
          <w:rFonts w:ascii="Arial" w:hAnsi="Arial" w:cs="Arial"/>
        </w:rPr>
      </w:pPr>
    </w:p>
    <w:p w14:paraId="0D4E60F6" w14:textId="77777777" w:rsidR="00024615" w:rsidRPr="00560022" w:rsidRDefault="00024615" w:rsidP="007070B5">
      <w:pPr>
        <w:rPr>
          <w:rFonts w:ascii="Arial" w:hAnsi="Arial" w:cs="Arial"/>
        </w:rPr>
      </w:pPr>
    </w:p>
    <w:p w14:paraId="4867CF96" w14:textId="77777777" w:rsidR="00024615" w:rsidRPr="00560022" w:rsidRDefault="00024615" w:rsidP="007070B5">
      <w:pPr>
        <w:rPr>
          <w:rFonts w:ascii="Arial" w:hAnsi="Arial" w:cs="Arial"/>
        </w:rPr>
      </w:pPr>
    </w:p>
    <w:p w14:paraId="251A49C6" w14:textId="77777777" w:rsidR="00024615" w:rsidRPr="00560022" w:rsidRDefault="00024615" w:rsidP="007070B5">
      <w:pPr>
        <w:rPr>
          <w:rFonts w:ascii="Arial" w:hAnsi="Arial" w:cs="Arial"/>
        </w:rPr>
      </w:pPr>
    </w:p>
    <w:p w14:paraId="493680FF" w14:textId="77777777" w:rsidR="00024615" w:rsidRPr="00560022" w:rsidRDefault="00024615" w:rsidP="007070B5">
      <w:pPr>
        <w:rPr>
          <w:rFonts w:ascii="Arial" w:hAnsi="Arial" w:cs="Arial"/>
        </w:rPr>
      </w:pPr>
    </w:p>
    <w:p w14:paraId="4BDA4D06" w14:textId="77777777" w:rsidR="00024615" w:rsidRPr="00560022" w:rsidRDefault="00024615" w:rsidP="007070B5">
      <w:pPr>
        <w:rPr>
          <w:rFonts w:ascii="Arial" w:hAnsi="Arial" w:cs="Arial"/>
        </w:rPr>
      </w:pPr>
    </w:p>
    <w:p w14:paraId="6F60D577" w14:textId="77777777" w:rsidR="009930CE" w:rsidRPr="00560022" w:rsidRDefault="009930CE" w:rsidP="007070B5">
      <w:pPr>
        <w:rPr>
          <w:rFonts w:ascii="Arial" w:hAnsi="Arial" w:cs="Arial"/>
        </w:rPr>
      </w:pPr>
    </w:p>
    <w:p w14:paraId="202D0234" w14:textId="77777777" w:rsidR="00560022" w:rsidRPr="00560022" w:rsidRDefault="00560022" w:rsidP="007070B5">
      <w:pPr>
        <w:rPr>
          <w:rFonts w:ascii="Arial" w:hAnsi="Arial" w:cs="Arial"/>
        </w:rPr>
      </w:pPr>
    </w:p>
    <w:p w14:paraId="6C4216EC" w14:textId="77777777" w:rsidR="00560022" w:rsidRPr="00560022" w:rsidRDefault="00560022" w:rsidP="00560022">
      <w:pPr>
        <w:rPr>
          <w:rFonts w:ascii="Arial" w:hAnsi="Arial" w:cs="Arial"/>
        </w:rPr>
      </w:pPr>
    </w:p>
    <w:p w14:paraId="27FFD888" w14:textId="2C8E8145" w:rsidR="00A51C7F" w:rsidRPr="00560022" w:rsidRDefault="00A51C7F" w:rsidP="00A51C7F">
      <w:pPr>
        <w:pStyle w:val="Titre2"/>
        <w:rPr>
          <w:rFonts w:ascii="Arial" w:hAnsi="Arial" w:cs="Arial"/>
          <w:color w:val="auto"/>
          <w:sz w:val="28"/>
          <w:szCs w:val="28"/>
        </w:rPr>
      </w:pPr>
      <w:r w:rsidRPr="00560022">
        <w:rPr>
          <w:rFonts w:ascii="Arial" w:hAnsi="Arial" w:cs="Arial"/>
          <w:color w:val="auto"/>
          <w:sz w:val="28"/>
          <w:szCs w:val="28"/>
        </w:rPr>
        <w:t>Bilan de la séquence</w:t>
      </w:r>
    </w:p>
    <w:p w14:paraId="1D229AE5" w14:textId="77777777" w:rsidR="00A51C7F" w:rsidRPr="00560022" w:rsidRDefault="00A51C7F" w:rsidP="00A51C7F">
      <w:pPr>
        <w:rPr>
          <w:rFonts w:ascii="Arial" w:hAnsi="Arial" w:cs="Arial"/>
        </w:rPr>
      </w:pPr>
      <w:r w:rsidRPr="00560022">
        <w:rPr>
          <w:rFonts w:ascii="Arial" w:hAnsi="Arial" w:cs="Arial"/>
        </w:rPr>
        <w:t>Ce que j’ai appris :</w:t>
      </w:r>
    </w:p>
    <w:p w14:paraId="539D1397" w14:textId="77777777" w:rsidR="00A51C7F" w:rsidRPr="00560022" w:rsidRDefault="00A51C7F" w:rsidP="00A51C7F">
      <w:pPr>
        <w:rPr>
          <w:rFonts w:ascii="Arial" w:hAnsi="Arial" w:cs="Arial"/>
        </w:rPr>
      </w:pPr>
      <w:r w:rsidRPr="00560022">
        <w:rPr>
          <w:rFonts w:ascii="Arial" w:hAnsi="Arial" w:cs="Arial"/>
        </w:rPr>
        <w:t xml:space="preserve">- En vocabulaire : </w:t>
      </w:r>
      <w:r w:rsidRPr="00560022">
        <w:rPr>
          <w:rFonts w:ascii="Segoe UI Symbol" w:hAnsi="Segoe UI Symbol" w:cs="Segoe UI Symbol"/>
        </w:rPr>
        <w:t>✍</w:t>
      </w:r>
      <w:r w:rsidRPr="00560022">
        <w:rPr>
          <w:rFonts w:ascii="Arial" w:hAnsi="Arial" w:cs="Arial"/>
        </w:rPr>
        <w:t>️ ………………………………………………………………</w:t>
      </w:r>
    </w:p>
    <w:p w14:paraId="4C055DDF" w14:textId="77777777" w:rsidR="00A51C7F" w:rsidRPr="00560022" w:rsidRDefault="00A51C7F" w:rsidP="00A51C7F">
      <w:pPr>
        <w:rPr>
          <w:rFonts w:ascii="Arial" w:hAnsi="Arial" w:cs="Arial"/>
        </w:rPr>
      </w:pPr>
      <w:r w:rsidRPr="00560022">
        <w:rPr>
          <w:rFonts w:ascii="Arial" w:hAnsi="Arial" w:cs="Arial"/>
        </w:rPr>
        <w:t xml:space="preserve">- En culture : </w:t>
      </w:r>
      <w:r w:rsidRPr="00560022">
        <w:rPr>
          <w:rFonts w:ascii="Segoe UI Symbol" w:hAnsi="Segoe UI Symbol" w:cs="Segoe UI Symbol"/>
        </w:rPr>
        <w:t>✍</w:t>
      </w:r>
      <w:r w:rsidRPr="00560022">
        <w:rPr>
          <w:rFonts w:ascii="Arial" w:hAnsi="Arial" w:cs="Arial"/>
        </w:rPr>
        <w:t>️ ……………………………………………………………………</w:t>
      </w:r>
    </w:p>
    <w:p w14:paraId="04EF21EF" w14:textId="77777777" w:rsidR="00A51C7F" w:rsidRPr="00560022" w:rsidRDefault="00A51C7F" w:rsidP="00A51C7F">
      <w:pPr>
        <w:rPr>
          <w:rFonts w:ascii="Arial" w:hAnsi="Arial" w:cs="Arial"/>
        </w:rPr>
      </w:pPr>
      <w:r w:rsidRPr="00560022">
        <w:rPr>
          <w:rFonts w:ascii="Arial" w:hAnsi="Arial" w:cs="Arial"/>
        </w:rPr>
        <w:t xml:space="preserve">- En créativité : </w:t>
      </w:r>
      <w:r w:rsidRPr="00560022">
        <w:rPr>
          <w:rFonts w:ascii="Segoe UI Symbol" w:hAnsi="Segoe UI Symbol" w:cs="Segoe UI Symbol"/>
        </w:rPr>
        <w:t>✍</w:t>
      </w:r>
      <w:r w:rsidRPr="00560022">
        <w:rPr>
          <w:rFonts w:ascii="Arial" w:hAnsi="Arial" w:cs="Arial"/>
        </w:rPr>
        <w:t>️ …………………………………………………………………</w:t>
      </w:r>
    </w:p>
    <w:p w14:paraId="64F59335" w14:textId="77777777" w:rsidR="00A51C7F" w:rsidRPr="00560022" w:rsidRDefault="00A51C7F" w:rsidP="00A51C7F">
      <w:pPr>
        <w:rPr>
          <w:rFonts w:ascii="Arial" w:hAnsi="Arial" w:cs="Arial"/>
        </w:rPr>
      </w:pPr>
      <w:r w:rsidRPr="00560022">
        <w:rPr>
          <w:rFonts w:ascii="Arial" w:hAnsi="Arial" w:cs="Arial"/>
        </w:rPr>
        <w:br/>
        <w:t>Lien avec mon futur métier / projet professionnel :</w:t>
      </w:r>
      <w:r w:rsidRPr="00560022">
        <w:rPr>
          <w:rFonts w:ascii="Arial" w:hAnsi="Arial" w:cs="Arial"/>
        </w:rPr>
        <w:br/>
      </w:r>
      <w:r w:rsidRPr="00560022">
        <w:rPr>
          <w:rFonts w:ascii="Segoe UI Symbol" w:hAnsi="Segoe UI Symbol" w:cs="Segoe UI Symbol"/>
        </w:rPr>
        <w:t>✍</w:t>
      </w:r>
      <w:r w:rsidRPr="00560022">
        <w:rPr>
          <w:rFonts w:ascii="Arial" w:hAnsi="Arial" w:cs="Arial"/>
        </w:rPr>
        <w:t>️ …………………………………………………………………………………………………</w:t>
      </w:r>
    </w:p>
    <w:p w14:paraId="3C1D39BC" w14:textId="77777777" w:rsidR="00A51C7F" w:rsidRPr="00560022" w:rsidRDefault="00A51C7F" w:rsidP="00A51C7F">
      <w:pPr>
        <w:rPr>
          <w:rFonts w:ascii="Arial" w:hAnsi="Arial" w:cs="Arial"/>
          <w:b/>
          <w:bCs/>
          <w:sz w:val="24"/>
          <w:szCs w:val="24"/>
        </w:rPr>
      </w:pPr>
      <w:r w:rsidRPr="00560022">
        <w:rPr>
          <w:rFonts w:ascii="Arial" w:hAnsi="Arial" w:cs="Arial"/>
        </w:rPr>
        <w:br/>
      </w:r>
      <w:r w:rsidRPr="00560022">
        <w:rPr>
          <w:rFonts w:ascii="Arial" w:hAnsi="Arial" w:cs="Arial"/>
          <w:b/>
          <w:bCs/>
          <w:sz w:val="24"/>
          <w:szCs w:val="24"/>
        </w:rPr>
        <w:t>Auto-évaluation :</w:t>
      </w:r>
    </w:p>
    <w:p w14:paraId="483CC733" w14:textId="344AE0C2" w:rsidR="00A51C7F" w:rsidRDefault="00A51C7F" w:rsidP="00A51C7F">
      <w:pPr>
        <w:rPr>
          <w:rFonts w:ascii="Arial" w:hAnsi="Arial" w:cs="Arial"/>
        </w:rPr>
      </w:pPr>
      <w:r w:rsidRPr="00560022">
        <w:rPr>
          <w:rFonts w:ascii="Segoe UI Symbol" w:hAnsi="Segoe UI Symbol" w:cs="Segoe UI Symbol"/>
        </w:rPr>
        <w:t>☐</w:t>
      </w:r>
      <w:r w:rsidRPr="00560022">
        <w:rPr>
          <w:rFonts w:ascii="Arial" w:hAnsi="Arial" w:cs="Arial"/>
        </w:rPr>
        <w:t xml:space="preserve"> Je sais expliquer le rôle du clan.</w:t>
      </w:r>
      <w:r w:rsidRPr="00560022">
        <w:rPr>
          <w:rFonts w:ascii="Arial" w:hAnsi="Arial" w:cs="Arial"/>
        </w:rPr>
        <w:br/>
      </w:r>
      <w:r w:rsidRPr="00560022">
        <w:rPr>
          <w:rFonts w:ascii="Segoe UI Symbol" w:hAnsi="Segoe UI Symbol" w:cs="Segoe UI Symbol"/>
        </w:rPr>
        <w:t>☐</w:t>
      </w:r>
      <w:r w:rsidRPr="00560022">
        <w:rPr>
          <w:rFonts w:ascii="Arial" w:hAnsi="Arial" w:cs="Arial"/>
        </w:rPr>
        <w:t xml:space="preserve"> Je sais </w:t>
      </w:r>
      <w:r w:rsidR="00024615" w:rsidRPr="00560022">
        <w:rPr>
          <w:rFonts w:ascii="Arial" w:hAnsi="Arial" w:cs="Arial"/>
        </w:rPr>
        <w:t>expliquer les réseaux d’alliance constitué par  un mariage</w:t>
      </w:r>
      <w:r w:rsidRPr="00560022">
        <w:rPr>
          <w:rFonts w:ascii="Arial" w:hAnsi="Arial" w:cs="Arial"/>
        </w:rPr>
        <w:br/>
      </w:r>
      <w:r w:rsidRPr="00560022">
        <w:rPr>
          <w:rFonts w:ascii="Segoe UI Symbol" w:hAnsi="Segoe UI Symbol" w:cs="Segoe UI Symbol"/>
        </w:rPr>
        <w:t>☐</w:t>
      </w:r>
      <w:r w:rsidRPr="00560022">
        <w:rPr>
          <w:rFonts w:ascii="Arial" w:hAnsi="Arial" w:cs="Arial"/>
        </w:rPr>
        <w:t xml:space="preserve"> Je sais présenter et expliquer une création artistique.</w:t>
      </w:r>
    </w:p>
    <w:p w14:paraId="12819594" w14:textId="77777777" w:rsidR="003D09FB" w:rsidRDefault="003D09FB" w:rsidP="00A51C7F">
      <w:pPr>
        <w:rPr>
          <w:rFonts w:ascii="Arial" w:hAnsi="Arial" w:cs="Arial"/>
        </w:rPr>
      </w:pPr>
    </w:p>
    <w:p w14:paraId="1E4A5F5E" w14:textId="77777777" w:rsidR="003D09FB" w:rsidRDefault="003D09FB" w:rsidP="00A51C7F">
      <w:pPr>
        <w:rPr>
          <w:rFonts w:ascii="Arial" w:hAnsi="Arial" w:cs="Arial"/>
        </w:rPr>
      </w:pPr>
    </w:p>
    <w:p w14:paraId="71D6CCF9" w14:textId="77777777" w:rsidR="0004250A" w:rsidRPr="00D6577E" w:rsidRDefault="0004250A" w:rsidP="0004250A">
      <w:pPr>
        <w:shd w:val="clear" w:color="auto" w:fill="FFFFFF"/>
        <w:spacing w:before="300"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8"/>
          <w:szCs w:val="28"/>
          <w:lang w:val="fr-FR" w:eastAsia="fr-FR"/>
        </w:rPr>
      </w:pPr>
      <w:r w:rsidRPr="00D6577E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fr-FR" w:eastAsia="fr-FR"/>
        </w:rPr>
        <w:lastRenderedPageBreak/>
        <w:t xml:space="preserve">ANNEXE </w:t>
      </w:r>
      <w:r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fr-FR" w:eastAsia="fr-FR"/>
        </w:rPr>
        <w:t>1</w:t>
      </w:r>
      <w:r w:rsidRPr="00D6577E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lang w:val="fr-FR" w:eastAsia="fr-FR"/>
        </w:rPr>
        <w:t> :</w:t>
      </w:r>
      <w:r w:rsidRPr="00D6577E">
        <w:rPr>
          <w:rFonts w:ascii="Arial" w:eastAsia="Times New Roman" w:hAnsi="Arial" w:cs="Arial"/>
          <w:b/>
          <w:bCs/>
          <w:color w:val="000000"/>
          <w:sz w:val="28"/>
          <w:szCs w:val="28"/>
          <w:lang w:val="fr-FR" w:eastAsia="fr-FR"/>
        </w:rPr>
        <w:t xml:space="preserve"> Les chefferies et les aires coutumières </w:t>
      </w:r>
    </w:p>
    <w:p w14:paraId="5882567B" w14:textId="77777777" w:rsidR="0004250A" w:rsidRDefault="0004250A" w:rsidP="0004250A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1B3C876D" w14:textId="77777777" w:rsidR="0004250A" w:rsidRPr="00CE531A" w:rsidRDefault="0004250A" w:rsidP="0004250A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  <w:r>
        <w:rPr>
          <w:rFonts w:ascii="Arial" w:hAnsi="Arial" w:cs="Arial"/>
          <w:b/>
          <w:bCs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728896" behindDoc="1" locked="0" layoutInCell="1" allowOverlap="1" wp14:anchorId="777A4EB9" wp14:editId="2A2B0466">
            <wp:simplePos x="0" y="0"/>
            <wp:positionH relativeFrom="column">
              <wp:posOffset>-233680</wp:posOffset>
            </wp:positionH>
            <wp:positionV relativeFrom="paragraph">
              <wp:posOffset>356870</wp:posOffset>
            </wp:positionV>
            <wp:extent cx="7009130" cy="5447030"/>
            <wp:effectExtent l="0" t="0" r="0" b="0"/>
            <wp:wrapTight wrapText="bothSides">
              <wp:wrapPolygon edited="0">
                <wp:start x="998" y="76"/>
                <wp:lineTo x="294" y="1209"/>
                <wp:lineTo x="59" y="2191"/>
                <wp:lineTo x="117" y="2342"/>
                <wp:lineTo x="881" y="2644"/>
                <wp:lineTo x="881" y="2795"/>
                <wp:lineTo x="1174" y="3853"/>
                <wp:lineTo x="1233" y="3853"/>
                <wp:lineTo x="411" y="4608"/>
                <wp:lineTo x="411" y="4986"/>
                <wp:lineTo x="1820" y="5061"/>
                <wp:lineTo x="1526" y="7328"/>
                <wp:lineTo x="1820" y="7479"/>
                <wp:lineTo x="2935" y="7554"/>
                <wp:lineTo x="2348" y="8083"/>
                <wp:lineTo x="2348" y="8687"/>
                <wp:lineTo x="411" y="9216"/>
                <wp:lineTo x="411" y="9896"/>
                <wp:lineTo x="3992" y="9896"/>
                <wp:lineTo x="4227" y="11105"/>
                <wp:lineTo x="2055" y="12087"/>
                <wp:lineTo x="2055" y="12691"/>
                <wp:lineTo x="6164" y="13522"/>
                <wp:lineTo x="7808" y="13522"/>
                <wp:lineTo x="4990" y="14504"/>
                <wp:lineTo x="4990" y="15108"/>
                <wp:lineTo x="8747" y="15939"/>
                <wp:lineTo x="10274" y="15939"/>
                <wp:lineTo x="2759" y="16242"/>
                <wp:lineTo x="1702" y="16317"/>
                <wp:lineTo x="1526" y="17450"/>
                <wp:lineTo x="1468" y="21152"/>
                <wp:lineTo x="20371" y="21454"/>
                <wp:lineTo x="20723" y="21454"/>
                <wp:lineTo x="21369" y="21303"/>
                <wp:lineTo x="21017" y="20774"/>
                <wp:lineTo x="18375" y="20699"/>
                <wp:lineTo x="17905" y="19565"/>
                <wp:lineTo x="19667" y="19112"/>
                <wp:lineTo x="19432" y="18432"/>
                <wp:lineTo x="16320" y="18357"/>
                <wp:lineTo x="16438" y="17903"/>
                <wp:lineTo x="15616" y="17148"/>
                <wp:lineTo x="17318" y="17073"/>
                <wp:lineTo x="17318" y="16619"/>
                <wp:lineTo x="15733" y="15939"/>
                <wp:lineTo x="19432" y="15939"/>
                <wp:lineTo x="20782" y="15637"/>
                <wp:lineTo x="20841" y="14731"/>
                <wp:lineTo x="20665" y="14353"/>
                <wp:lineTo x="20254" y="13522"/>
                <wp:lineTo x="20371" y="12313"/>
                <wp:lineTo x="20958" y="11633"/>
                <wp:lineTo x="20841" y="11256"/>
                <wp:lineTo x="20136" y="11105"/>
                <wp:lineTo x="20078" y="10727"/>
                <wp:lineTo x="19373" y="9896"/>
                <wp:lineTo x="19432" y="9594"/>
                <wp:lineTo x="18258" y="9065"/>
                <wp:lineTo x="16790" y="8687"/>
                <wp:lineTo x="19608" y="8159"/>
                <wp:lineTo x="19901" y="7781"/>
                <wp:lineTo x="19549" y="7479"/>
                <wp:lineTo x="19608" y="6874"/>
                <wp:lineTo x="18375" y="6497"/>
                <wp:lineTo x="15557" y="6270"/>
                <wp:lineTo x="17436" y="5892"/>
                <wp:lineTo x="17671" y="5666"/>
                <wp:lineTo x="17260" y="4835"/>
                <wp:lineTo x="8395" y="3626"/>
                <wp:lineTo x="7514" y="3399"/>
                <wp:lineTo x="3405" y="2644"/>
                <wp:lineTo x="3464" y="2191"/>
                <wp:lineTo x="2172" y="1435"/>
                <wp:lineTo x="1409" y="1435"/>
                <wp:lineTo x="1879" y="378"/>
                <wp:lineTo x="1879" y="76"/>
                <wp:lineTo x="998" y="76"/>
              </wp:wrapPolygon>
            </wp:wrapTight>
            <wp:docPr id="13414778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7788" name="Image 13414778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0913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412CC" w14:textId="77777777" w:rsidR="0004250A" w:rsidRPr="00560022" w:rsidRDefault="0004250A" w:rsidP="0004250A">
      <w:pPr>
        <w:rPr>
          <w:rFonts w:ascii="Arial" w:hAnsi="Arial" w:cs="Arial"/>
        </w:rPr>
      </w:pPr>
    </w:p>
    <w:p w14:paraId="0EF210C7" w14:textId="77777777" w:rsidR="0004250A" w:rsidRPr="00980342" w:rsidRDefault="0004250A" w:rsidP="0004250A">
      <w:pPr>
        <w:rPr>
          <w:rFonts w:asciiTheme="majorHAnsi" w:hAnsiTheme="majorHAnsi" w:cstheme="majorHAnsi"/>
        </w:rPr>
      </w:pPr>
    </w:p>
    <w:p w14:paraId="75EC5D63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BF37742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575ECB0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3E9F08C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5DDEC28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1028EC3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231CA5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26A52A2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8ED4211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EB5FA33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93831E0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1A4A6C4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D4B69BA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4D0D995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B27E030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D9C869C" w14:textId="77777777" w:rsidR="00846969" w:rsidRDefault="00846969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66554C8" w14:textId="77777777" w:rsidR="00846969" w:rsidRDefault="00846969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D79F35F" w14:textId="77777777" w:rsidR="00846969" w:rsidRDefault="00846969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3A11444" w14:textId="77777777" w:rsidR="00846969" w:rsidRDefault="00846969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BD4E33A" w14:textId="77777777" w:rsidR="00846969" w:rsidRDefault="00846969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93847F0" w14:textId="24EB6AD2" w:rsidR="0004250A" w:rsidRDefault="009D54EF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val="fr-FR" w:eastAsia="fr-FR"/>
        </w:rPr>
        <w:drawing>
          <wp:inline distT="0" distB="0" distL="0" distR="0" wp14:anchorId="307A18E6" wp14:editId="050EA863">
            <wp:extent cx="5559168" cy="5952930"/>
            <wp:effectExtent l="0" t="0" r="3810" b="0"/>
            <wp:docPr id="18045107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16" cy="597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F1B4A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5D64F9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B450BD6" w14:textId="77777777" w:rsidR="0004250A" w:rsidRDefault="0004250A" w:rsidP="00D6577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923EA70" w14:textId="77777777" w:rsidR="003C7CAA" w:rsidRDefault="003C7CAA" w:rsidP="00D6577E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063B2ECD" w14:textId="77777777" w:rsidR="003C7CAA" w:rsidRDefault="003C7CAA" w:rsidP="00D6577E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5088D881" w14:textId="77777777" w:rsidR="003C7CAA" w:rsidRDefault="003C7CAA" w:rsidP="00D6577E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28BB4BDF" w14:textId="77777777" w:rsidR="003C7CAA" w:rsidRDefault="003C7CAA" w:rsidP="00D6577E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0FAF11CD" w14:textId="47CF1861" w:rsidR="003C7CAA" w:rsidRDefault="003C7CAA" w:rsidP="00634156">
      <w:pPr>
        <w:shd w:val="clear" w:color="auto" w:fill="FFFFFF"/>
        <w:spacing w:before="300"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16C11E52" w14:textId="77777777" w:rsidR="00D6577E" w:rsidRDefault="00D6577E" w:rsidP="00D6577E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4958B575" w14:textId="77777777" w:rsidR="0004250A" w:rsidRDefault="0004250A" w:rsidP="00D6577E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14C911BC" w14:textId="77777777" w:rsidR="0004250A" w:rsidRDefault="0004250A" w:rsidP="00D6577E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7B8BE4FB" w14:textId="77777777" w:rsidR="0004250A" w:rsidRDefault="0004250A" w:rsidP="00D6577E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60C0A53C" w14:textId="77777777" w:rsidR="0004250A" w:rsidRDefault="0004250A" w:rsidP="00D6577E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7B099EAD" w14:textId="77777777" w:rsidR="00D6577E" w:rsidRDefault="00D6577E" w:rsidP="00D6577E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p w14:paraId="548F93CB" w14:textId="77777777" w:rsidR="00D6577E" w:rsidRDefault="00D6577E" w:rsidP="00D6577E">
      <w:pPr>
        <w:shd w:val="clear" w:color="auto" w:fill="FFFFFF"/>
        <w:spacing w:before="300" w:after="0" w:line="240" w:lineRule="auto"/>
        <w:textAlignment w:val="baseline"/>
        <w:rPr>
          <w:rFonts w:ascii="Segoe UI" w:eastAsia="Times New Roman" w:hAnsi="Segoe UI" w:cs="Segoe UI"/>
          <w:color w:val="000000"/>
          <w:sz w:val="20"/>
          <w:szCs w:val="20"/>
          <w:lang w:val="fr-FR" w:eastAsia="fr-FR"/>
        </w:rPr>
      </w:pPr>
    </w:p>
    <w:sectPr w:rsidR="00D6577E" w:rsidSect="0073122F">
      <w:footerReference w:type="default" r:id="rId21"/>
      <w:pgSz w:w="12240" w:h="15840"/>
      <w:pgMar w:top="720" w:right="720" w:bottom="720" w:left="720" w:header="720" w:footer="720" w:gutter="0"/>
      <w:pgBorders w:offsetFrom="page">
        <w:right w:val="wave" w:sz="6" w:space="24" w:color="auto"/>
      </w:pgBorders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E7A0E5" w14:textId="77777777" w:rsidR="00823D94" w:rsidRDefault="00823D94" w:rsidP="00823D94">
      <w:pPr>
        <w:spacing w:after="0" w:line="240" w:lineRule="auto"/>
      </w:pPr>
      <w:r>
        <w:separator/>
      </w:r>
    </w:p>
  </w:endnote>
  <w:endnote w:type="continuationSeparator" w:id="0">
    <w:p w14:paraId="20A388C4" w14:textId="77777777" w:rsidR="00823D94" w:rsidRDefault="00823D94" w:rsidP="00823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10605"/>
      <w:gridCol w:w="425"/>
    </w:tblGrid>
    <w:tr w:rsidR="00823D94" w14:paraId="5C11D492" w14:textId="77777777" w:rsidTr="00823D94">
      <w:trPr>
        <w:trHeight w:hRule="exact" w:val="115"/>
        <w:jc w:val="center"/>
      </w:trPr>
      <w:tc>
        <w:tcPr>
          <w:tcW w:w="10605" w:type="dxa"/>
          <w:shd w:val="clear" w:color="auto" w:fill="4F81BD" w:themeFill="accent1"/>
          <w:tcMar>
            <w:top w:w="0" w:type="dxa"/>
            <w:bottom w:w="0" w:type="dxa"/>
          </w:tcMar>
        </w:tcPr>
        <w:p w14:paraId="07F725A6" w14:textId="77777777" w:rsidR="00823D94" w:rsidRDefault="00823D94">
          <w:pPr>
            <w:pStyle w:val="En-tte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25" w:type="dxa"/>
          <w:shd w:val="clear" w:color="auto" w:fill="4F81BD" w:themeFill="accent1"/>
          <w:tcMar>
            <w:top w:w="0" w:type="dxa"/>
            <w:bottom w:w="0" w:type="dxa"/>
          </w:tcMar>
        </w:tcPr>
        <w:p w14:paraId="2F6BF7E5" w14:textId="77777777" w:rsidR="00823D94" w:rsidRDefault="00823D94">
          <w:pPr>
            <w:pStyle w:val="En-tte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823D94" w14:paraId="165FFA84" w14:textId="77777777" w:rsidTr="00823D94">
      <w:trPr>
        <w:jc w:val="center"/>
      </w:trPr>
      <w:tc>
        <w:tcPr>
          <w:tcW w:w="10605" w:type="dxa"/>
          <w:shd w:val="clear" w:color="auto" w:fill="auto"/>
          <w:vAlign w:val="center"/>
        </w:tcPr>
        <w:p w14:paraId="3314D0B6" w14:textId="30FB6ED4" w:rsidR="00823D94" w:rsidRPr="00980342" w:rsidRDefault="00823D94">
          <w:pPr>
            <w:pStyle w:val="Pieddepage"/>
            <w:tabs>
              <w:tab w:val="clear" w:pos="4680"/>
              <w:tab w:val="clear" w:pos="9360"/>
            </w:tabs>
            <w:rPr>
              <w:b/>
              <w:bCs/>
              <w:caps/>
              <w:color w:val="808080" w:themeColor="background1" w:themeShade="80"/>
              <w:sz w:val="18"/>
              <w:szCs w:val="18"/>
            </w:rPr>
          </w:pPr>
          <w:r w:rsidRPr="00980342">
            <w:rPr>
              <w:b/>
              <w:bCs/>
              <w:caps/>
              <w:color w:val="808080" w:themeColor="background1" w:themeShade="80"/>
              <w:sz w:val="18"/>
              <w:szCs w:val="18"/>
            </w:rPr>
            <w:t xml:space="preserve">LPMC 2025            TBAC                                                               EFCK     Thème 2: le clan                                                                     Mme rivas </w:t>
          </w:r>
        </w:p>
      </w:tc>
      <w:tc>
        <w:tcPr>
          <w:tcW w:w="425" w:type="dxa"/>
          <w:shd w:val="clear" w:color="auto" w:fill="auto"/>
          <w:vAlign w:val="center"/>
        </w:tcPr>
        <w:p w14:paraId="4097B0A1" w14:textId="21D5239F" w:rsidR="00823D94" w:rsidRPr="00980342" w:rsidRDefault="00823D94">
          <w:pPr>
            <w:pStyle w:val="Pieddepage"/>
            <w:tabs>
              <w:tab w:val="clear" w:pos="4680"/>
              <w:tab w:val="clear" w:pos="9360"/>
            </w:tabs>
            <w:jc w:val="right"/>
            <w:rPr>
              <w:b/>
              <w:bCs/>
              <w:caps/>
              <w:color w:val="808080" w:themeColor="background1" w:themeShade="80"/>
              <w:sz w:val="18"/>
              <w:szCs w:val="18"/>
            </w:rPr>
          </w:pPr>
          <w:r w:rsidRPr="00980342">
            <w:rPr>
              <w:b/>
              <w:bCs/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Pr="00980342">
            <w:rPr>
              <w:b/>
              <w:bCs/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 w:rsidRPr="00980342">
            <w:rPr>
              <w:b/>
              <w:bCs/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13BDF" w:rsidRPr="00213BDF">
            <w:rPr>
              <w:b/>
              <w:bCs/>
              <w:caps/>
              <w:noProof/>
              <w:color w:val="808080" w:themeColor="background1" w:themeShade="80"/>
              <w:sz w:val="18"/>
              <w:szCs w:val="18"/>
              <w:lang w:val="fr-FR"/>
            </w:rPr>
            <w:t>4</w:t>
          </w:r>
          <w:r w:rsidRPr="00980342">
            <w:rPr>
              <w:b/>
              <w:bCs/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08C684D" w14:textId="77777777" w:rsidR="00823D94" w:rsidRDefault="00823D9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FA0D4" w14:textId="77777777" w:rsidR="00823D94" w:rsidRDefault="00823D94" w:rsidP="00823D94">
      <w:pPr>
        <w:spacing w:after="0" w:line="240" w:lineRule="auto"/>
      </w:pPr>
      <w:r>
        <w:separator/>
      </w:r>
    </w:p>
  </w:footnote>
  <w:footnote w:type="continuationSeparator" w:id="0">
    <w:p w14:paraId="31F7DB9A" w14:textId="77777777" w:rsidR="00823D94" w:rsidRDefault="00823D94" w:rsidP="00823D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491305"/>
    <w:multiLevelType w:val="hybridMultilevel"/>
    <w:tmpl w:val="84FAD28A"/>
    <w:lvl w:ilvl="0" w:tplc="F45876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7F3143"/>
    <w:multiLevelType w:val="hybridMultilevel"/>
    <w:tmpl w:val="1ADE13E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463BF9"/>
    <w:multiLevelType w:val="multilevel"/>
    <w:tmpl w:val="1E54E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1614DB"/>
    <w:multiLevelType w:val="hybridMultilevel"/>
    <w:tmpl w:val="14544EEC"/>
    <w:lvl w:ilvl="0" w:tplc="1D0CA7C8">
      <w:start w:val="3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0C19547E"/>
    <w:multiLevelType w:val="multilevel"/>
    <w:tmpl w:val="612E7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-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DBD42FF"/>
    <w:multiLevelType w:val="hybridMultilevel"/>
    <w:tmpl w:val="7616A9D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4011EF"/>
    <w:multiLevelType w:val="hybridMultilevel"/>
    <w:tmpl w:val="1A22E24E"/>
    <w:lvl w:ilvl="0" w:tplc="07C8DB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C70B0A"/>
    <w:multiLevelType w:val="hybridMultilevel"/>
    <w:tmpl w:val="BF94488C"/>
    <w:lvl w:ilvl="0" w:tplc="36D4B3C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B70DD5"/>
    <w:multiLevelType w:val="multilevel"/>
    <w:tmpl w:val="ABCC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A75804"/>
    <w:multiLevelType w:val="multilevel"/>
    <w:tmpl w:val="D49A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2AE3250"/>
    <w:multiLevelType w:val="hybridMultilevel"/>
    <w:tmpl w:val="22EAC036"/>
    <w:lvl w:ilvl="0" w:tplc="0BB435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FC5013"/>
    <w:multiLevelType w:val="hybridMultilevel"/>
    <w:tmpl w:val="3AA63BBE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ADF48F1"/>
    <w:multiLevelType w:val="multilevel"/>
    <w:tmpl w:val="0860B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AA35E6"/>
    <w:multiLevelType w:val="multilevel"/>
    <w:tmpl w:val="00EE0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0923DC"/>
    <w:multiLevelType w:val="hybridMultilevel"/>
    <w:tmpl w:val="1F2A0FB8"/>
    <w:lvl w:ilvl="0" w:tplc="5C128AB0">
      <w:start w:val="3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5B0412"/>
    <w:multiLevelType w:val="hybridMultilevel"/>
    <w:tmpl w:val="9CB688D0"/>
    <w:lvl w:ilvl="0" w:tplc="7A9C1CE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079B9"/>
    <w:multiLevelType w:val="hybridMultilevel"/>
    <w:tmpl w:val="F4DAD3F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B0474B"/>
    <w:multiLevelType w:val="multilevel"/>
    <w:tmpl w:val="BCCED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E82A2C"/>
    <w:multiLevelType w:val="hybridMultilevel"/>
    <w:tmpl w:val="13609BC8"/>
    <w:lvl w:ilvl="0" w:tplc="E928603A">
      <w:numFmt w:val="bullet"/>
      <w:lvlText w:val=""/>
      <w:lvlJc w:val="left"/>
      <w:pPr>
        <w:ind w:left="309" w:hanging="20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06A6869E">
      <w:numFmt w:val="bullet"/>
      <w:lvlText w:val="•"/>
      <w:lvlJc w:val="left"/>
      <w:pPr>
        <w:ind w:left="1006" w:hanging="204"/>
      </w:pPr>
      <w:rPr>
        <w:rFonts w:hint="default"/>
        <w:lang w:val="fr-FR" w:eastAsia="en-US" w:bidi="ar-SA"/>
      </w:rPr>
    </w:lvl>
    <w:lvl w:ilvl="2" w:tplc="FDC61720">
      <w:numFmt w:val="bullet"/>
      <w:lvlText w:val="•"/>
      <w:lvlJc w:val="left"/>
      <w:pPr>
        <w:ind w:left="1712" w:hanging="204"/>
      </w:pPr>
      <w:rPr>
        <w:rFonts w:hint="default"/>
        <w:lang w:val="fr-FR" w:eastAsia="en-US" w:bidi="ar-SA"/>
      </w:rPr>
    </w:lvl>
    <w:lvl w:ilvl="3" w:tplc="69E87578">
      <w:numFmt w:val="bullet"/>
      <w:lvlText w:val="•"/>
      <w:lvlJc w:val="left"/>
      <w:pPr>
        <w:ind w:left="2418" w:hanging="204"/>
      </w:pPr>
      <w:rPr>
        <w:rFonts w:hint="default"/>
        <w:lang w:val="fr-FR" w:eastAsia="en-US" w:bidi="ar-SA"/>
      </w:rPr>
    </w:lvl>
    <w:lvl w:ilvl="4" w:tplc="1FCC34BA">
      <w:numFmt w:val="bullet"/>
      <w:lvlText w:val="•"/>
      <w:lvlJc w:val="left"/>
      <w:pPr>
        <w:ind w:left="3124" w:hanging="204"/>
      </w:pPr>
      <w:rPr>
        <w:rFonts w:hint="default"/>
        <w:lang w:val="fr-FR" w:eastAsia="en-US" w:bidi="ar-SA"/>
      </w:rPr>
    </w:lvl>
    <w:lvl w:ilvl="5" w:tplc="18B08F52">
      <w:numFmt w:val="bullet"/>
      <w:lvlText w:val="•"/>
      <w:lvlJc w:val="left"/>
      <w:pPr>
        <w:ind w:left="3830" w:hanging="204"/>
      </w:pPr>
      <w:rPr>
        <w:rFonts w:hint="default"/>
        <w:lang w:val="fr-FR" w:eastAsia="en-US" w:bidi="ar-SA"/>
      </w:rPr>
    </w:lvl>
    <w:lvl w:ilvl="6" w:tplc="BB38E508">
      <w:numFmt w:val="bullet"/>
      <w:lvlText w:val="•"/>
      <w:lvlJc w:val="left"/>
      <w:pPr>
        <w:ind w:left="4536" w:hanging="204"/>
      </w:pPr>
      <w:rPr>
        <w:rFonts w:hint="default"/>
        <w:lang w:val="fr-FR" w:eastAsia="en-US" w:bidi="ar-SA"/>
      </w:rPr>
    </w:lvl>
    <w:lvl w:ilvl="7" w:tplc="E9A03D12">
      <w:numFmt w:val="bullet"/>
      <w:lvlText w:val="•"/>
      <w:lvlJc w:val="left"/>
      <w:pPr>
        <w:ind w:left="5242" w:hanging="204"/>
      </w:pPr>
      <w:rPr>
        <w:rFonts w:hint="default"/>
        <w:lang w:val="fr-FR" w:eastAsia="en-US" w:bidi="ar-SA"/>
      </w:rPr>
    </w:lvl>
    <w:lvl w:ilvl="8" w:tplc="6A8A9AAC">
      <w:numFmt w:val="bullet"/>
      <w:lvlText w:val="•"/>
      <w:lvlJc w:val="left"/>
      <w:pPr>
        <w:ind w:left="5948" w:hanging="204"/>
      </w:pPr>
      <w:rPr>
        <w:rFonts w:hint="default"/>
        <w:lang w:val="fr-FR" w:eastAsia="en-US" w:bidi="ar-SA"/>
      </w:rPr>
    </w:lvl>
  </w:abstractNum>
  <w:abstractNum w:abstractNumId="28" w15:restartNumberingAfterBreak="0">
    <w:nsid w:val="77D56F3D"/>
    <w:multiLevelType w:val="multilevel"/>
    <w:tmpl w:val="A68A7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94113C"/>
    <w:multiLevelType w:val="multilevel"/>
    <w:tmpl w:val="B2F03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5"/>
  </w:num>
  <w:num w:numId="11">
    <w:abstractNumId w:val="9"/>
  </w:num>
  <w:num w:numId="12">
    <w:abstractNumId w:val="26"/>
  </w:num>
  <w:num w:numId="13">
    <w:abstractNumId w:val="28"/>
  </w:num>
  <w:num w:numId="14">
    <w:abstractNumId w:val="24"/>
  </w:num>
  <w:num w:numId="15">
    <w:abstractNumId w:val="16"/>
  </w:num>
  <w:num w:numId="16">
    <w:abstractNumId w:val="25"/>
  </w:num>
  <w:num w:numId="17">
    <w:abstractNumId w:val="20"/>
  </w:num>
  <w:num w:numId="18">
    <w:abstractNumId w:val="14"/>
  </w:num>
  <w:num w:numId="19">
    <w:abstractNumId w:val="10"/>
  </w:num>
  <w:num w:numId="20">
    <w:abstractNumId w:val="13"/>
  </w:num>
  <w:num w:numId="21">
    <w:abstractNumId w:val="21"/>
  </w:num>
  <w:num w:numId="22">
    <w:abstractNumId w:val="18"/>
  </w:num>
  <w:num w:numId="23">
    <w:abstractNumId w:val="22"/>
  </w:num>
  <w:num w:numId="24">
    <w:abstractNumId w:val="11"/>
  </w:num>
  <w:num w:numId="25">
    <w:abstractNumId w:val="23"/>
  </w:num>
  <w:num w:numId="26">
    <w:abstractNumId w:val="27"/>
  </w:num>
  <w:num w:numId="27">
    <w:abstractNumId w:val="19"/>
  </w:num>
  <w:num w:numId="28">
    <w:abstractNumId w:val="12"/>
  </w:num>
  <w:num w:numId="29">
    <w:abstractNumId w:val="17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069C8"/>
    <w:rsid w:val="00024615"/>
    <w:rsid w:val="00034616"/>
    <w:rsid w:val="0004250A"/>
    <w:rsid w:val="0006063C"/>
    <w:rsid w:val="000814DB"/>
    <w:rsid w:val="000A3CAE"/>
    <w:rsid w:val="000B1129"/>
    <w:rsid w:val="000D4320"/>
    <w:rsid w:val="00121DC3"/>
    <w:rsid w:val="0015074B"/>
    <w:rsid w:val="001717D4"/>
    <w:rsid w:val="001A350F"/>
    <w:rsid w:val="001E64D7"/>
    <w:rsid w:val="00213BDF"/>
    <w:rsid w:val="0028010B"/>
    <w:rsid w:val="0029639D"/>
    <w:rsid w:val="002A2097"/>
    <w:rsid w:val="002C03FF"/>
    <w:rsid w:val="002C79D4"/>
    <w:rsid w:val="00326F90"/>
    <w:rsid w:val="00364048"/>
    <w:rsid w:val="00372765"/>
    <w:rsid w:val="003C7CAA"/>
    <w:rsid w:val="003D09FB"/>
    <w:rsid w:val="003E1C0F"/>
    <w:rsid w:val="003F5E33"/>
    <w:rsid w:val="003F6D14"/>
    <w:rsid w:val="00464DF5"/>
    <w:rsid w:val="004A0019"/>
    <w:rsid w:val="004D7953"/>
    <w:rsid w:val="004E7A17"/>
    <w:rsid w:val="005076F1"/>
    <w:rsid w:val="00554F50"/>
    <w:rsid w:val="00560022"/>
    <w:rsid w:val="00566C7A"/>
    <w:rsid w:val="00570CCD"/>
    <w:rsid w:val="005C3A68"/>
    <w:rsid w:val="00605D4E"/>
    <w:rsid w:val="00634156"/>
    <w:rsid w:val="00644E47"/>
    <w:rsid w:val="0069261F"/>
    <w:rsid w:val="006A30B8"/>
    <w:rsid w:val="006A54B4"/>
    <w:rsid w:val="006A5921"/>
    <w:rsid w:val="007070B5"/>
    <w:rsid w:val="0073122F"/>
    <w:rsid w:val="007901E1"/>
    <w:rsid w:val="00791195"/>
    <w:rsid w:val="007A32D8"/>
    <w:rsid w:val="00823D94"/>
    <w:rsid w:val="00846969"/>
    <w:rsid w:val="00854315"/>
    <w:rsid w:val="0089262D"/>
    <w:rsid w:val="00980342"/>
    <w:rsid w:val="00990069"/>
    <w:rsid w:val="009930CE"/>
    <w:rsid w:val="009D54EF"/>
    <w:rsid w:val="009D741F"/>
    <w:rsid w:val="009F00C5"/>
    <w:rsid w:val="009F0ECD"/>
    <w:rsid w:val="00A51C7F"/>
    <w:rsid w:val="00AA1D8D"/>
    <w:rsid w:val="00AB2058"/>
    <w:rsid w:val="00B13AC9"/>
    <w:rsid w:val="00B2015F"/>
    <w:rsid w:val="00B225EE"/>
    <w:rsid w:val="00B305BC"/>
    <w:rsid w:val="00B47730"/>
    <w:rsid w:val="00BD4083"/>
    <w:rsid w:val="00C066A2"/>
    <w:rsid w:val="00C44B92"/>
    <w:rsid w:val="00C72067"/>
    <w:rsid w:val="00C8329C"/>
    <w:rsid w:val="00CB0664"/>
    <w:rsid w:val="00D02E77"/>
    <w:rsid w:val="00D27CB3"/>
    <w:rsid w:val="00D4527C"/>
    <w:rsid w:val="00D5060F"/>
    <w:rsid w:val="00D6577E"/>
    <w:rsid w:val="00DA2C96"/>
    <w:rsid w:val="00E15793"/>
    <w:rsid w:val="00E972D9"/>
    <w:rsid w:val="00EC7C52"/>
    <w:rsid w:val="00F104E9"/>
    <w:rsid w:val="00F349C1"/>
    <w:rsid w:val="00F457D6"/>
    <w:rsid w:val="00F51EA5"/>
    <w:rsid w:val="00F62DBA"/>
    <w:rsid w:val="00F703A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3E11B1"/>
  <w14:defaultImageDpi w14:val="300"/>
  <w15:docId w15:val="{DBBC2DEF-1AAE-4623-B1AF-EF9BBD485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93F"/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364048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05D4E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05D4E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9D741F"/>
    <w:pPr>
      <w:widowControl w:val="0"/>
      <w:autoSpaceDE w:val="0"/>
      <w:autoSpaceDN w:val="0"/>
      <w:spacing w:after="0" w:line="240" w:lineRule="auto"/>
      <w:ind w:left="228" w:hanging="203"/>
    </w:pPr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3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0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4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4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3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1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4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72452">
              <w:marLeft w:val="0"/>
              <w:marRight w:val="0"/>
              <w:marTop w:val="615"/>
              <w:marBottom w:val="0"/>
              <w:divBdr>
                <w:top w:val="single" w:sz="12" w:space="8" w:color="969FB4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4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U9HEFuRWko" TargetMode="External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AE69E3-2C53-4EA3-853C-F6E60A9AC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62DBD995</Template>
  <TotalTime>252</TotalTime>
  <Pages>14</Pages>
  <Words>1704</Words>
  <Characters>9374</Characters>
  <Application>Microsoft Office Word</Application>
  <DocSecurity>0</DocSecurity>
  <Lines>78</Lines>
  <Paragraphs>22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11056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CHRISTINA RIVAS</cp:lastModifiedBy>
  <cp:revision>13</cp:revision>
  <dcterms:created xsi:type="dcterms:W3CDTF">2025-09-14T04:32:00Z</dcterms:created>
  <dcterms:modified xsi:type="dcterms:W3CDTF">2025-09-15T01:36:00Z</dcterms:modified>
  <cp:category/>
</cp:coreProperties>
</file>